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7E37" w14:textId="10B457C4" w:rsidR="00C27A39" w:rsidRDefault="007020E0" w:rsidP="007020E0">
      <w:pPr>
        <w:jc w:val="center"/>
      </w:pPr>
      <w:r>
        <w:rPr>
          <w:b/>
          <w:noProof/>
          <w:sz w:val="54"/>
        </w:rPr>
        <w:drawing>
          <wp:inline distT="0" distB="0" distL="0" distR="0" wp14:anchorId="03C2997B" wp14:editId="438F6FC2">
            <wp:extent cx="4914900" cy="2457450"/>
            <wp:effectExtent l="0" t="0" r="0" b="0"/>
            <wp:docPr id="760867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67124" name="Picture 760867124"/>
                    <pic:cNvPicPr/>
                  </pic:nvPicPr>
                  <pic:blipFill>
                    <a:blip r:embed="rId8"/>
                    <a:stretch>
                      <a:fillRect/>
                    </a:stretch>
                  </pic:blipFill>
                  <pic:spPr>
                    <a:xfrm>
                      <a:off x="0" y="0"/>
                      <a:ext cx="4917114" cy="2458557"/>
                    </a:xfrm>
                    <a:prstGeom prst="rect">
                      <a:avLst/>
                    </a:prstGeom>
                  </pic:spPr>
                </pic:pic>
              </a:graphicData>
            </a:graphic>
          </wp:inline>
        </w:drawing>
      </w:r>
      <w:r w:rsidR="00000000" w:rsidRPr="007020E0">
        <w:rPr>
          <w:b/>
          <w:sz w:val="72"/>
          <w:szCs w:val="72"/>
        </w:rPr>
        <w:t>MEASURE YOUR</w:t>
      </w:r>
      <w:r>
        <w:rPr>
          <w:b/>
          <w:sz w:val="72"/>
          <w:szCs w:val="72"/>
        </w:rPr>
        <w:br/>
      </w:r>
      <w:r w:rsidR="00000000" w:rsidRPr="007020E0">
        <w:rPr>
          <w:b/>
          <w:sz w:val="72"/>
          <w:szCs w:val="72"/>
        </w:rPr>
        <w:t>SG’S IMPACT</w:t>
      </w:r>
    </w:p>
    <w:p w14:paraId="426DF0A0" w14:textId="6AE73AA7" w:rsidR="00C27A39" w:rsidRPr="007020E0" w:rsidRDefault="00000000" w:rsidP="007020E0">
      <w:pPr>
        <w:jc w:val="center"/>
        <w:rPr>
          <w:i/>
          <w:iCs/>
          <w:sz w:val="44"/>
          <w:szCs w:val="44"/>
        </w:rPr>
      </w:pPr>
      <w:r w:rsidRPr="007020E0">
        <w:rPr>
          <w:b/>
          <w:i/>
          <w:iCs/>
          <w:sz w:val="44"/>
          <w:szCs w:val="44"/>
        </w:rPr>
        <w:t xml:space="preserve">Influence Is </w:t>
      </w:r>
      <w:r w:rsidR="007020E0">
        <w:rPr>
          <w:b/>
          <w:i/>
          <w:iCs/>
          <w:sz w:val="44"/>
          <w:szCs w:val="44"/>
        </w:rPr>
        <w:t xml:space="preserve">All </w:t>
      </w:r>
      <w:r w:rsidRPr="007020E0">
        <w:rPr>
          <w:b/>
          <w:i/>
          <w:iCs/>
          <w:sz w:val="44"/>
          <w:szCs w:val="44"/>
        </w:rPr>
        <w:t>About What Happens</w:t>
      </w:r>
    </w:p>
    <w:p w14:paraId="0EB51281" w14:textId="3438879C" w:rsidR="00C27A39" w:rsidRPr="007020E0" w:rsidRDefault="00000000" w:rsidP="007020E0">
      <w:pPr>
        <w:spacing w:before="240"/>
        <w:rPr>
          <w:sz w:val="24"/>
          <w:szCs w:val="24"/>
        </w:rPr>
      </w:pPr>
      <w:r w:rsidRPr="007020E0">
        <w:rPr>
          <w:sz w:val="24"/>
          <w:szCs w:val="24"/>
        </w:rPr>
        <w:t>Having access to administrators is important. Being invited to meetings is important. Having authority over money, committees, programs, or student organizations is important.</w:t>
      </w:r>
    </w:p>
    <w:p w14:paraId="53939350" w14:textId="77777777" w:rsidR="00C27A39" w:rsidRPr="007020E0" w:rsidRDefault="00000000" w:rsidP="007020E0">
      <w:pPr>
        <w:spacing w:before="240"/>
        <w:rPr>
          <w:sz w:val="24"/>
          <w:szCs w:val="24"/>
        </w:rPr>
      </w:pPr>
      <w:r w:rsidRPr="007020E0">
        <w:rPr>
          <w:sz w:val="24"/>
          <w:szCs w:val="24"/>
        </w:rPr>
        <w:t xml:space="preserve">But </w:t>
      </w:r>
      <w:r w:rsidRPr="007020E0">
        <w:rPr>
          <w:i/>
          <w:iCs/>
          <w:sz w:val="24"/>
          <w:szCs w:val="24"/>
        </w:rPr>
        <w:t>none</w:t>
      </w:r>
      <w:r w:rsidRPr="007020E0">
        <w:rPr>
          <w:sz w:val="24"/>
          <w:szCs w:val="24"/>
        </w:rPr>
        <w:t xml:space="preserve"> of those things, by themselves, prove that your Student Government is influential.</w:t>
      </w:r>
    </w:p>
    <w:p w14:paraId="5F874398" w14:textId="77777777" w:rsidR="00C27A39" w:rsidRPr="007020E0" w:rsidRDefault="00000000" w:rsidP="007020E0">
      <w:pPr>
        <w:spacing w:before="240"/>
        <w:rPr>
          <w:sz w:val="32"/>
          <w:szCs w:val="32"/>
        </w:rPr>
      </w:pPr>
      <w:r w:rsidRPr="007020E0">
        <w:rPr>
          <w:b/>
          <w:sz w:val="32"/>
          <w:szCs w:val="32"/>
        </w:rPr>
        <w:t>Influence is what happens because your SG is involved.</w:t>
      </w:r>
    </w:p>
    <w:p w14:paraId="63390EC2" w14:textId="77777777" w:rsidR="00C27A39" w:rsidRPr="007020E0" w:rsidRDefault="00000000" w:rsidP="007020E0">
      <w:pPr>
        <w:spacing w:before="240"/>
        <w:rPr>
          <w:sz w:val="24"/>
          <w:szCs w:val="24"/>
        </w:rPr>
      </w:pPr>
      <w:r w:rsidRPr="007020E0">
        <w:rPr>
          <w:sz w:val="24"/>
          <w:szCs w:val="24"/>
        </w:rPr>
        <w:t>An administrator may have an open-door policy. Your SG may meet with the dean every month. You may have a student on every major committee.</w:t>
      </w:r>
    </w:p>
    <w:p w14:paraId="1EF821F0" w14:textId="77777777" w:rsidR="00C27A39" w:rsidRPr="007020E0" w:rsidRDefault="00000000" w:rsidP="007020E0">
      <w:pPr>
        <w:spacing w:before="240"/>
        <w:rPr>
          <w:sz w:val="24"/>
          <w:szCs w:val="24"/>
        </w:rPr>
      </w:pPr>
      <w:r w:rsidRPr="007020E0">
        <w:rPr>
          <w:sz w:val="24"/>
          <w:szCs w:val="24"/>
        </w:rPr>
        <w:t>Those are good things.</w:t>
      </w:r>
    </w:p>
    <w:p w14:paraId="303AB886" w14:textId="77777777" w:rsidR="00C27A39" w:rsidRPr="007020E0" w:rsidRDefault="00000000" w:rsidP="007020E0">
      <w:pPr>
        <w:spacing w:before="240"/>
        <w:rPr>
          <w:sz w:val="24"/>
          <w:szCs w:val="24"/>
        </w:rPr>
      </w:pPr>
      <w:r w:rsidRPr="007020E0">
        <w:rPr>
          <w:sz w:val="24"/>
          <w:szCs w:val="24"/>
        </w:rPr>
        <w:t>But what happened because of those relationships?</w:t>
      </w:r>
    </w:p>
    <w:p w14:paraId="57C5B955" w14:textId="77777777" w:rsidR="00C27A39" w:rsidRPr="007020E0" w:rsidRDefault="00000000" w:rsidP="007020E0">
      <w:pPr>
        <w:spacing w:before="240"/>
        <w:rPr>
          <w:sz w:val="24"/>
          <w:szCs w:val="24"/>
        </w:rPr>
      </w:pPr>
      <w:r w:rsidRPr="007020E0">
        <w:rPr>
          <w:sz w:val="24"/>
          <w:szCs w:val="24"/>
        </w:rPr>
        <w:t xml:space="preserve">Did a policy change? Did </w:t>
      </w:r>
      <w:proofErr w:type="gramStart"/>
      <w:r w:rsidRPr="007020E0">
        <w:rPr>
          <w:sz w:val="24"/>
          <w:szCs w:val="24"/>
        </w:rPr>
        <w:t>a decision</w:t>
      </w:r>
      <w:proofErr w:type="gramEnd"/>
      <w:r w:rsidRPr="007020E0">
        <w:rPr>
          <w:sz w:val="24"/>
          <w:szCs w:val="24"/>
        </w:rPr>
        <w:t xml:space="preserve"> get reconsidered? Did a program improve? Did students get something they needed? Did the institution change its plans because of information your SG provided?</w:t>
      </w:r>
    </w:p>
    <w:p w14:paraId="5763C4C0" w14:textId="77777777" w:rsidR="00C27A39" w:rsidRPr="007020E0" w:rsidRDefault="00000000" w:rsidP="007020E0">
      <w:pPr>
        <w:spacing w:before="240"/>
        <w:rPr>
          <w:sz w:val="24"/>
          <w:szCs w:val="24"/>
        </w:rPr>
      </w:pPr>
      <w:r w:rsidRPr="007020E0">
        <w:rPr>
          <w:sz w:val="24"/>
          <w:szCs w:val="24"/>
        </w:rPr>
        <w:t>That is where you start to see real influence.</w:t>
      </w:r>
    </w:p>
    <w:p w14:paraId="297FCF8B" w14:textId="77777777" w:rsidR="00C27A39" w:rsidRPr="007020E0" w:rsidRDefault="00000000" w:rsidP="007020E0">
      <w:pPr>
        <w:pStyle w:val="Heading1"/>
        <w:spacing w:before="240"/>
        <w:jc w:val="center"/>
        <w:rPr>
          <w:sz w:val="56"/>
          <w:szCs w:val="56"/>
        </w:rPr>
      </w:pPr>
      <w:r w:rsidRPr="007020E0">
        <w:rPr>
          <w:sz w:val="56"/>
          <w:szCs w:val="56"/>
        </w:rPr>
        <w:lastRenderedPageBreak/>
        <w:t>1. ACCESS</w:t>
      </w:r>
    </w:p>
    <w:p w14:paraId="2749E083" w14:textId="77777777" w:rsidR="00C27A39" w:rsidRPr="007020E0" w:rsidRDefault="00000000" w:rsidP="007020E0">
      <w:pPr>
        <w:spacing w:before="240"/>
        <w:jc w:val="center"/>
        <w:rPr>
          <w:sz w:val="36"/>
          <w:szCs w:val="36"/>
        </w:rPr>
      </w:pPr>
      <w:r w:rsidRPr="007020E0">
        <w:rPr>
          <w:b/>
          <w:sz w:val="36"/>
          <w:szCs w:val="36"/>
        </w:rPr>
        <w:t>Can You Get to the People Who Make Decisions?</w:t>
      </w:r>
    </w:p>
    <w:p w14:paraId="5836D356" w14:textId="77777777" w:rsidR="00C27A39" w:rsidRPr="007020E0" w:rsidRDefault="00000000" w:rsidP="007020E0">
      <w:pPr>
        <w:spacing w:before="240"/>
        <w:rPr>
          <w:sz w:val="24"/>
          <w:szCs w:val="24"/>
        </w:rPr>
      </w:pPr>
      <w:r w:rsidRPr="007020E0">
        <w:rPr>
          <w:sz w:val="24"/>
          <w:szCs w:val="24"/>
        </w:rPr>
        <w:t>Influential Student Governments have access to people who have the authority to make things happen.</w:t>
      </w:r>
    </w:p>
    <w:p w14:paraId="4A566A9A" w14:textId="77777777" w:rsidR="00C27A39" w:rsidRPr="007020E0" w:rsidRDefault="00000000" w:rsidP="007020E0">
      <w:pPr>
        <w:spacing w:before="240"/>
        <w:rPr>
          <w:sz w:val="24"/>
          <w:szCs w:val="24"/>
        </w:rPr>
      </w:pPr>
      <w:r w:rsidRPr="007020E0">
        <w:rPr>
          <w:sz w:val="24"/>
          <w:szCs w:val="24"/>
        </w:rPr>
        <w:t>That can include the president, provost, vice presidents, deans, trustees, regents, senior administrators, department leaders, and others who make important decisions affecting students.</w:t>
      </w:r>
    </w:p>
    <w:p w14:paraId="7044600C" w14:textId="77777777" w:rsidR="00C27A39" w:rsidRPr="007020E0" w:rsidRDefault="00000000" w:rsidP="007020E0">
      <w:pPr>
        <w:spacing w:before="240"/>
        <w:rPr>
          <w:sz w:val="24"/>
          <w:szCs w:val="24"/>
        </w:rPr>
      </w:pPr>
      <w:r w:rsidRPr="007020E0">
        <w:rPr>
          <w:sz w:val="24"/>
          <w:szCs w:val="24"/>
        </w:rPr>
        <w:t>Regular access is more meaningful than a one-time meeting.</w:t>
      </w:r>
    </w:p>
    <w:p w14:paraId="0A259EDA" w14:textId="77777777" w:rsidR="00C27A39" w:rsidRPr="007020E0" w:rsidRDefault="00000000" w:rsidP="007020E0">
      <w:pPr>
        <w:spacing w:before="240" w:after="60"/>
        <w:ind w:left="259"/>
        <w:rPr>
          <w:sz w:val="24"/>
          <w:szCs w:val="24"/>
        </w:rPr>
      </w:pPr>
      <w:r w:rsidRPr="007020E0">
        <w:rPr>
          <w:b/>
          <w:sz w:val="24"/>
          <w:szCs w:val="24"/>
        </w:rPr>
        <w:t>• Does your SG meet regularly with senior administrators?</w:t>
      </w:r>
    </w:p>
    <w:p w14:paraId="604BD9A6" w14:textId="77777777" w:rsidR="00C27A39" w:rsidRPr="007020E0" w:rsidRDefault="00000000" w:rsidP="007020E0">
      <w:pPr>
        <w:spacing w:before="240" w:after="60"/>
        <w:ind w:left="259"/>
        <w:rPr>
          <w:sz w:val="24"/>
          <w:szCs w:val="24"/>
        </w:rPr>
      </w:pPr>
      <w:r w:rsidRPr="007020E0">
        <w:rPr>
          <w:b/>
          <w:sz w:val="24"/>
          <w:szCs w:val="24"/>
        </w:rPr>
        <w:t>• Do they know your SG leaders?</w:t>
      </w:r>
    </w:p>
    <w:p w14:paraId="58E9A7F2" w14:textId="77777777" w:rsidR="00C27A39" w:rsidRPr="007020E0" w:rsidRDefault="00000000" w:rsidP="007020E0">
      <w:pPr>
        <w:spacing w:before="240" w:after="60"/>
        <w:ind w:left="259"/>
        <w:rPr>
          <w:sz w:val="24"/>
          <w:szCs w:val="24"/>
        </w:rPr>
      </w:pPr>
      <w:r w:rsidRPr="007020E0">
        <w:rPr>
          <w:b/>
          <w:sz w:val="24"/>
          <w:szCs w:val="24"/>
        </w:rPr>
        <w:t>• Can your president or other senior officers get a meeting when an important student issue comes up?</w:t>
      </w:r>
    </w:p>
    <w:p w14:paraId="16DCC54F" w14:textId="77777777" w:rsidR="00C27A39" w:rsidRPr="007020E0" w:rsidRDefault="00000000" w:rsidP="007020E0">
      <w:pPr>
        <w:spacing w:before="240" w:after="60"/>
        <w:ind w:left="259"/>
        <w:rPr>
          <w:sz w:val="24"/>
          <w:szCs w:val="24"/>
        </w:rPr>
      </w:pPr>
      <w:r w:rsidRPr="007020E0">
        <w:rPr>
          <w:b/>
          <w:sz w:val="24"/>
          <w:szCs w:val="24"/>
        </w:rPr>
        <w:t>• Are you invited into conversations that affect students?</w:t>
      </w:r>
    </w:p>
    <w:p w14:paraId="2E8A2BBC" w14:textId="69AA43F4" w:rsidR="00C27A39" w:rsidRPr="007020E0" w:rsidRDefault="00000000" w:rsidP="007020E0">
      <w:pPr>
        <w:spacing w:before="240"/>
        <w:rPr>
          <w:sz w:val="24"/>
          <w:szCs w:val="24"/>
        </w:rPr>
      </w:pPr>
      <w:r w:rsidRPr="007020E0">
        <w:rPr>
          <w:sz w:val="24"/>
          <w:szCs w:val="24"/>
        </w:rPr>
        <w:t>An administrator having an open-door policy is helpful. But an open door does</w:t>
      </w:r>
      <w:r w:rsidR="007020E0">
        <w:rPr>
          <w:sz w:val="24"/>
          <w:szCs w:val="24"/>
        </w:rPr>
        <w:t>n’</w:t>
      </w:r>
      <w:r w:rsidRPr="007020E0">
        <w:rPr>
          <w:sz w:val="24"/>
          <w:szCs w:val="24"/>
        </w:rPr>
        <w:t>t necessarily mean influence.</w:t>
      </w:r>
    </w:p>
    <w:p w14:paraId="05BCA271" w14:textId="77777777" w:rsidR="00C27A39" w:rsidRPr="007020E0" w:rsidRDefault="00000000" w:rsidP="007020E0">
      <w:pPr>
        <w:spacing w:before="240"/>
        <w:rPr>
          <w:sz w:val="24"/>
          <w:szCs w:val="24"/>
        </w:rPr>
      </w:pPr>
      <w:r w:rsidRPr="007020E0">
        <w:rPr>
          <w:b/>
          <w:sz w:val="24"/>
          <w:szCs w:val="24"/>
        </w:rPr>
        <w:t>The stronger evidence is regular access to the people who wield institutional power.</w:t>
      </w:r>
    </w:p>
    <w:p w14:paraId="30B0860B" w14:textId="77777777" w:rsidR="00C27A39" w:rsidRPr="007020E0" w:rsidRDefault="00000000" w:rsidP="007020E0">
      <w:pPr>
        <w:pStyle w:val="Heading1"/>
        <w:spacing w:before="240"/>
        <w:jc w:val="center"/>
        <w:rPr>
          <w:sz w:val="56"/>
          <w:szCs w:val="56"/>
        </w:rPr>
      </w:pPr>
      <w:r w:rsidRPr="007020E0">
        <w:rPr>
          <w:sz w:val="56"/>
          <w:szCs w:val="56"/>
        </w:rPr>
        <w:t>2. INFORMATION</w:t>
      </w:r>
    </w:p>
    <w:p w14:paraId="7F132849" w14:textId="77777777" w:rsidR="00C27A39" w:rsidRPr="007020E0" w:rsidRDefault="00000000" w:rsidP="007020E0">
      <w:pPr>
        <w:spacing w:before="240"/>
        <w:jc w:val="center"/>
        <w:rPr>
          <w:sz w:val="36"/>
          <w:szCs w:val="36"/>
        </w:rPr>
      </w:pPr>
      <w:r w:rsidRPr="007020E0">
        <w:rPr>
          <w:b/>
          <w:sz w:val="36"/>
          <w:szCs w:val="36"/>
        </w:rPr>
        <w:t>Are You Finding Out Early Enough to Matter?</w:t>
      </w:r>
    </w:p>
    <w:p w14:paraId="1CFD85FD" w14:textId="77777777" w:rsidR="00C27A39" w:rsidRPr="007020E0" w:rsidRDefault="00000000" w:rsidP="007020E0">
      <w:pPr>
        <w:spacing w:before="240"/>
        <w:rPr>
          <w:sz w:val="24"/>
          <w:szCs w:val="24"/>
        </w:rPr>
      </w:pPr>
      <w:r w:rsidRPr="007020E0">
        <w:rPr>
          <w:sz w:val="24"/>
          <w:szCs w:val="24"/>
        </w:rPr>
        <w:t>Influence depends on timing.</w:t>
      </w:r>
    </w:p>
    <w:p w14:paraId="4509EBFD" w14:textId="77777777" w:rsidR="00C27A39" w:rsidRPr="007020E0" w:rsidRDefault="00000000" w:rsidP="007020E0">
      <w:pPr>
        <w:spacing w:before="240"/>
        <w:rPr>
          <w:sz w:val="24"/>
          <w:szCs w:val="24"/>
        </w:rPr>
      </w:pPr>
      <w:r w:rsidRPr="007020E0">
        <w:rPr>
          <w:sz w:val="24"/>
          <w:szCs w:val="24"/>
        </w:rPr>
        <w:t>Your SG cannot do much about a decision if you find out about it after the decision has already been made.</w:t>
      </w:r>
    </w:p>
    <w:p w14:paraId="28AF21C7" w14:textId="77777777" w:rsidR="00C27A39" w:rsidRPr="007020E0" w:rsidRDefault="00000000" w:rsidP="007020E0">
      <w:pPr>
        <w:spacing w:before="240"/>
        <w:rPr>
          <w:sz w:val="24"/>
          <w:szCs w:val="24"/>
        </w:rPr>
      </w:pPr>
      <w:r w:rsidRPr="007020E0">
        <w:rPr>
          <w:sz w:val="24"/>
          <w:szCs w:val="24"/>
        </w:rPr>
        <w:t>Are administrators telling your SG about plans, ideas, proposals, and changes while there is still time for student input?</w:t>
      </w:r>
    </w:p>
    <w:p w14:paraId="61AF931A" w14:textId="77777777" w:rsidR="00C27A39" w:rsidRPr="007020E0" w:rsidRDefault="00000000" w:rsidP="007020E0">
      <w:pPr>
        <w:spacing w:before="240"/>
        <w:rPr>
          <w:sz w:val="24"/>
          <w:szCs w:val="24"/>
        </w:rPr>
      </w:pPr>
      <w:r w:rsidRPr="007020E0">
        <w:rPr>
          <w:sz w:val="24"/>
          <w:szCs w:val="24"/>
        </w:rPr>
        <w:t>This matters with major decisions such as:</w:t>
      </w:r>
    </w:p>
    <w:p w14:paraId="27AB350C" w14:textId="77777777" w:rsidR="00C27A39" w:rsidRPr="007020E0" w:rsidRDefault="00000000" w:rsidP="007020E0">
      <w:pPr>
        <w:pStyle w:val="ListBullet"/>
        <w:spacing w:before="240" w:after="40"/>
        <w:rPr>
          <w:sz w:val="24"/>
          <w:szCs w:val="24"/>
        </w:rPr>
      </w:pPr>
      <w:r w:rsidRPr="007020E0">
        <w:rPr>
          <w:sz w:val="24"/>
          <w:szCs w:val="24"/>
        </w:rPr>
        <w:t>New buildings and construction</w:t>
      </w:r>
    </w:p>
    <w:p w14:paraId="6E1ED6B6" w14:textId="77777777" w:rsidR="00C27A39" w:rsidRPr="007020E0" w:rsidRDefault="00000000" w:rsidP="007020E0">
      <w:pPr>
        <w:pStyle w:val="ListBullet"/>
        <w:spacing w:before="240" w:after="40"/>
        <w:rPr>
          <w:sz w:val="24"/>
          <w:szCs w:val="24"/>
        </w:rPr>
      </w:pPr>
      <w:r w:rsidRPr="007020E0">
        <w:rPr>
          <w:sz w:val="24"/>
          <w:szCs w:val="24"/>
        </w:rPr>
        <w:t>Housing changes</w:t>
      </w:r>
    </w:p>
    <w:p w14:paraId="301FFDA7" w14:textId="77777777" w:rsidR="00C27A39" w:rsidRPr="007020E0" w:rsidRDefault="00000000" w:rsidP="007020E0">
      <w:pPr>
        <w:pStyle w:val="ListBullet"/>
        <w:spacing w:before="240" w:after="40"/>
        <w:rPr>
          <w:sz w:val="24"/>
          <w:szCs w:val="24"/>
        </w:rPr>
      </w:pPr>
      <w:r w:rsidRPr="007020E0">
        <w:rPr>
          <w:sz w:val="24"/>
          <w:szCs w:val="24"/>
        </w:rPr>
        <w:lastRenderedPageBreak/>
        <w:t>Tuition and fees</w:t>
      </w:r>
    </w:p>
    <w:p w14:paraId="5652BB1F" w14:textId="77777777" w:rsidR="00C27A39" w:rsidRPr="007020E0" w:rsidRDefault="00000000" w:rsidP="007020E0">
      <w:pPr>
        <w:pStyle w:val="ListBullet"/>
        <w:spacing w:before="240" w:after="40"/>
        <w:rPr>
          <w:sz w:val="24"/>
          <w:szCs w:val="24"/>
        </w:rPr>
      </w:pPr>
      <w:r w:rsidRPr="007020E0">
        <w:rPr>
          <w:sz w:val="24"/>
          <w:szCs w:val="24"/>
        </w:rPr>
        <w:t>Food service</w:t>
      </w:r>
    </w:p>
    <w:p w14:paraId="3EE16ABB" w14:textId="77777777" w:rsidR="00C27A39" w:rsidRPr="007020E0" w:rsidRDefault="00000000" w:rsidP="007020E0">
      <w:pPr>
        <w:pStyle w:val="ListBullet"/>
        <w:spacing w:before="240" w:after="40"/>
        <w:rPr>
          <w:sz w:val="24"/>
          <w:szCs w:val="24"/>
        </w:rPr>
      </w:pPr>
      <w:r w:rsidRPr="007020E0">
        <w:rPr>
          <w:sz w:val="24"/>
          <w:szCs w:val="24"/>
        </w:rPr>
        <w:t>Campus safety</w:t>
      </w:r>
    </w:p>
    <w:p w14:paraId="68C852EF" w14:textId="77777777" w:rsidR="00C27A39" w:rsidRPr="007020E0" w:rsidRDefault="00000000" w:rsidP="007020E0">
      <w:pPr>
        <w:pStyle w:val="ListBullet"/>
        <w:spacing w:before="240" w:after="40"/>
        <w:rPr>
          <w:sz w:val="24"/>
          <w:szCs w:val="24"/>
        </w:rPr>
      </w:pPr>
      <w:r w:rsidRPr="007020E0">
        <w:rPr>
          <w:sz w:val="24"/>
          <w:szCs w:val="24"/>
        </w:rPr>
        <w:t>New academic programs</w:t>
      </w:r>
    </w:p>
    <w:p w14:paraId="68229435" w14:textId="77777777" w:rsidR="00C27A39" w:rsidRPr="007020E0" w:rsidRDefault="00000000" w:rsidP="007020E0">
      <w:pPr>
        <w:pStyle w:val="ListBullet"/>
        <w:spacing w:before="240" w:after="40"/>
        <w:rPr>
          <w:sz w:val="24"/>
          <w:szCs w:val="24"/>
        </w:rPr>
      </w:pPr>
      <w:r w:rsidRPr="007020E0">
        <w:rPr>
          <w:sz w:val="24"/>
          <w:szCs w:val="24"/>
        </w:rPr>
        <w:t>Student services</w:t>
      </w:r>
    </w:p>
    <w:p w14:paraId="119C98FD" w14:textId="77777777" w:rsidR="00C27A39" w:rsidRPr="007020E0" w:rsidRDefault="00000000" w:rsidP="007020E0">
      <w:pPr>
        <w:pStyle w:val="ListBullet"/>
        <w:spacing w:before="240" w:after="40"/>
        <w:rPr>
          <w:sz w:val="24"/>
          <w:szCs w:val="24"/>
        </w:rPr>
      </w:pPr>
      <w:r w:rsidRPr="007020E0">
        <w:rPr>
          <w:sz w:val="24"/>
          <w:szCs w:val="24"/>
        </w:rPr>
        <w:t>Major policy changes</w:t>
      </w:r>
    </w:p>
    <w:p w14:paraId="3FA5CC52" w14:textId="77777777" w:rsidR="00C27A39" w:rsidRPr="007020E0" w:rsidRDefault="00000000" w:rsidP="007020E0">
      <w:pPr>
        <w:spacing w:before="240"/>
        <w:rPr>
          <w:sz w:val="24"/>
          <w:szCs w:val="24"/>
        </w:rPr>
      </w:pPr>
      <w:r w:rsidRPr="007020E0">
        <w:rPr>
          <w:sz w:val="24"/>
          <w:szCs w:val="24"/>
        </w:rPr>
        <w:t xml:space="preserve">A Student Government might return to campus and discover that construction on a new building has already begun. By then, there may be very little students can </w:t>
      </w:r>
      <w:proofErr w:type="gramStart"/>
      <w:r w:rsidRPr="007020E0">
        <w:rPr>
          <w:sz w:val="24"/>
          <w:szCs w:val="24"/>
        </w:rPr>
        <w:t>say</w:t>
      </w:r>
      <w:proofErr w:type="gramEnd"/>
      <w:r w:rsidRPr="007020E0">
        <w:rPr>
          <w:sz w:val="24"/>
          <w:szCs w:val="24"/>
        </w:rPr>
        <w:t xml:space="preserve"> about the project.</w:t>
      </w:r>
    </w:p>
    <w:p w14:paraId="569C3849" w14:textId="77777777" w:rsidR="00C27A39" w:rsidRPr="007020E0" w:rsidRDefault="00000000" w:rsidP="007020E0">
      <w:pPr>
        <w:spacing w:before="240"/>
        <w:rPr>
          <w:sz w:val="24"/>
          <w:szCs w:val="24"/>
        </w:rPr>
      </w:pPr>
      <w:r w:rsidRPr="007020E0">
        <w:rPr>
          <w:sz w:val="24"/>
          <w:szCs w:val="24"/>
        </w:rPr>
        <w:t>This happens more often than it should.</w:t>
      </w:r>
    </w:p>
    <w:p w14:paraId="422821D6" w14:textId="73791B6C" w:rsidR="00C27A39" w:rsidRPr="007020E0" w:rsidRDefault="00000000" w:rsidP="007020E0">
      <w:pPr>
        <w:spacing w:before="240"/>
        <w:rPr>
          <w:sz w:val="24"/>
          <w:szCs w:val="24"/>
        </w:rPr>
      </w:pPr>
      <w:r w:rsidRPr="007020E0">
        <w:rPr>
          <w:sz w:val="24"/>
          <w:szCs w:val="24"/>
        </w:rPr>
        <w:t>Student Government leaders are often inexperienced. They also have classes, jobs, activities,</w:t>
      </w:r>
      <w:r w:rsidR="007020E0">
        <w:rPr>
          <w:sz w:val="24"/>
          <w:szCs w:val="24"/>
        </w:rPr>
        <w:t xml:space="preserve"> friendships, relationships, families,</w:t>
      </w:r>
      <w:r w:rsidRPr="007020E0">
        <w:rPr>
          <w:sz w:val="24"/>
          <w:szCs w:val="24"/>
        </w:rPr>
        <w:t xml:space="preserve"> and other responsibilities. Important conversations can happen without them simply because they </w:t>
      </w:r>
      <w:proofErr w:type="gramStart"/>
      <w:r w:rsidRPr="007020E0">
        <w:rPr>
          <w:sz w:val="24"/>
          <w:szCs w:val="24"/>
        </w:rPr>
        <w:t>were</w:t>
      </w:r>
      <w:r w:rsidR="007020E0">
        <w:rPr>
          <w:sz w:val="24"/>
          <w:szCs w:val="24"/>
        </w:rPr>
        <w:t>n’t</w:t>
      </w:r>
      <w:proofErr w:type="gramEnd"/>
      <w:r w:rsidRPr="007020E0">
        <w:rPr>
          <w:sz w:val="24"/>
          <w:szCs w:val="24"/>
        </w:rPr>
        <w:t xml:space="preserve"> in the room.</w:t>
      </w:r>
    </w:p>
    <w:p w14:paraId="18A6D600" w14:textId="40A3A5B5" w:rsidR="00C27A39" w:rsidRPr="007020E0" w:rsidRDefault="00000000" w:rsidP="007020E0">
      <w:pPr>
        <w:spacing w:before="240"/>
        <w:rPr>
          <w:sz w:val="24"/>
          <w:szCs w:val="24"/>
        </w:rPr>
      </w:pPr>
      <w:r w:rsidRPr="007020E0">
        <w:rPr>
          <w:b/>
          <w:sz w:val="24"/>
          <w:szCs w:val="24"/>
        </w:rPr>
        <w:t>Being informed after a decision is made is</w:t>
      </w:r>
      <w:r w:rsidR="007020E0">
        <w:rPr>
          <w:b/>
          <w:sz w:val="24"/>
          <w:szCs w:val="24"/>
        </w:rPr>
        <w:t>n’</w:t>
      </w:r>
      <w:r w:rsidRPr="007020E0">
        <w:rPr>
          <w:b/>
          <w:sz w:val="24"/>
          <w:szCs w:val="24"/>
        </w:rPr>
        <w:t>t the same as being part of the decision-making process.</w:t>
      </w:r>
    </w:p>
    <w:p w14:paraId="536C8DDF" w14:textId="7C428625" w:rsidR="00C27A39" w:rsidRPr="007020E0" w:rsidRDefault="00000000" w:rsidP="007020E0">
      <w:pPr>
        <w:spacing w:before="240"/>
        <w:rPr>
          <w:sz w:val="24"/>
          <w:szCs w:val="24"/>
        </w:rPr>
      </w:pPr>
      <w:r w:rsidRPr="007020E0">
        <w:rPr>
          <w:b/>
          <w:sz w:val="24"/>
          <w:szCs w:val="24"/>
        </w:rPr>
        <w:t>Does your SG usually find out about important decisions before there</w:t>
      </w:r>
      <w:r w:rsidR="007020E0">
        <w:rPr>
          <w:b/>
          <w:sz w:val="24"/>
          <w:szCs w:val="24"/>
        </w:rPr>
        <w:t>’</w:t>
      </w:r>
      <w:r w:rsidRPr="007020E0">
        <w:rPr>
          <w:b/>
          <w:sz w:val="24"/>
          <w:szCs w:val="24"/>
        </w:rPr>
        <w:t>s still time to influence them?</w:t>
      </w:r>
    </w:p>
    <w:p w14:paraId="068B95FB" w14:textId="77777777" w:rsidR="00C27A39" w:rsidRPr="007020E0" w:rsidRDefault="00000000" w:rsidP="007020E0">
      <w:pPr>
        <w:pStyle w:val="Heading1"/>
        <w:spacing w:before="240"/>
        <w:jc w:val="center"/>
        <w:rPr>
          <w:sz w:val="56"/>
          <w:szCs w:val="56"/>
        </w:rPr>
      </w:pPr>
      <w:r w:rsidRPr="007020E0">
        <w:rPr>
          <w:sz w:val="56"/>
          <w:szCs w:val="56"/>
        </w:rPr>
        <w:t>3. INPUT</w:t>
      </w:r>
    </w:p>
    <w:p w14:paraId="34057C3A" w14:textId="77777777" w:rsidR="00C27A39" w:rsidRPr="007020E0" w:rsidRDefault="00000000" w:rsidP="007020E0">
      <w:pPr>
        <w:spacing w:before="240"/>
        <w:jc w:val="center"/>
        <w:rPr>
          <w:sz w:val="36"/>
          <w:szCs w:val="36"/>
        </w:rPr>
      </w:pPr>
      <w:r w:rsidRPr="007020E0">
        <w:rPr>
          <w:b/>
          <w:sz w:val="36"/>
          <w:szCs w:val="36"/>
        </w:rPr>
        <w:t>Do Decision-Makers Actually Want Your Opinion?</w:t>
      </w:r>
    </w:p>
    <w:p w14:paraId="517B7FD5" w14:textId="77777777" w:rsidR="00C27A39" w:rsidRPr="007020E0" w:rsidRDefault="00000000" w:rsidP="007020E0">
      <w:pPr>
        <w:spacing w:before="240"/>
        <w:rPr>
          <w:sz w:val="24"/>
          <w:szCs w:val="24"/>
        </w:rPr>
      </w:pPr>
      <w:r w:rsidRPr="007020E0">
        <w:rPr>
          <w:sz w:val="24"/>
          <w:szCs w:val="24"/>
        </w:rPr>
        <w:t>There is a difference between being informed and being consulted.</w:t>
      </w:r>
    </w:p>
    <w:p w14:paraId="09E3E227" w14:textId="0202923C" w:rsidR="00C27A39" w:rsidRPr="007020E0" w:rsidRDefault="00000000" w:rsidP="007020E0">
      <w:pPr>
        <w:spacing w:before="240"/>
        <w:rPr>
          <w:sz w:val="24"/>
          <w:szCs w:val="24"/>
        </w:rPr>
      </w:pPr>
      <w:r w:rsidRPr="007020E0">
        <w:rPr>
          <w:sz w:val="24"/>
          <w:szCs w:val="24"/>
        </w:rPr>
        <w:t>An administrator can tell your SG what the institution has decided. That does</w:t>
      </w:r>
      <w:r w:rsidR="007020E0">
        <w:rPr>
          <w:sz w:val="24"/>
          <w:szCs w:val="24"/>
        </w:rPr>
        <w:t>n’t</w:t>
      </w:r>
      <w:r w:rsidRPr="007020E0">
        <w:rPr>
          <w:sz w:val="24"/>
          <w:szCs w:val="24"/>
        </w:rPr>
        <w:t xml:space="preserve"> mean the SG had any influence over the decision.</w:t>
      </w:r>
    </w:p>
    <w:p w14:paraId="0667A87F" w14:textId="77777777" w:rsidR="00C27A39" w:rsidRPr="007020E0" w:rsidRDefault="00000000" w:rsidP="007020E0">
      <w:pPr>
        <w:spacing w:before="240"/>
        <w:rPr>
          <w:sz w:val="24"/>
          <w:szCs w:val="24"/>
        </w:rPr>
      </w:pPr>
      <w:r w:rsidRPr="007020E0">
        <w:rPr>
          <w:sz w:val="24"/>
          <w:szCs w:val="24"/>
        </w:rPr>
        <w:t xml:space="preserve">A stronger sign of influence is when administrators come to your SG before </w:t>
      </w:r>
      <w:proofErr w:type="gramStart"/>
      <w:r w:rsidRPr="007020E0">
        <w:rPr>
          <w:sz w:val="24"/>
          <w:szCs w:val="24"/>
        </w:rPr>
        <w:t>making a decision</w:t>
      </w:r>
      <w:proofErr w:type="gramEnd"/>
      <w:r w:rsidRPr="007020E0">
        <w:rPr>
          <w:sz w:val="24"/>
          <w:szCs w:val="24"/>
        </w:rPr>
        <w:t xml:space="preserve"> and ask: What do students think?</w:t>
      </w:r>
    </w:p>
    <w:p w14:paraId="51B7B7B3" w14:textId="77777777" w:rsidR="00C27A39" w:rsidRPr="007020E0" w:rsidRDefault="00000000" w:rsidP="007020E0">
      <w:pPr>
        <w:spacing w:before="240"/>
        <w:rPr>
          <w:sz w:val="24"/>
          <w:szCs w:val="24"/>
        </w:rPr>
      </w:pPr>
      <w:r w:rsidRPr="007020E0">
        <w:rPr>
          <w:sz w:val="24"/>
          <w:szCs w:val="24"/>
        </w:rPr>
        <w:t>They may ask for your research. They may ask you to survey students. They may ask what you are hearing on campus. They may ask your SG to suggest alternatives.</w:t>
      </w:r>
    </w:p>
    <w:p w14:paraId="100F2446" w14:textId="77777777" w:rsidR="00C27A39" w:rsidRPr="007020E0" w:rsidRDefault="00000000" w:rsidP="007020E0">
      <w:pPr>
        <w:spacing w:before="240"/>
        <w:rPr>
          <w:sz w:val="24"/>
          <w:szCs w:val="24"/>
        </w:rPr>
      </w:pPr>
      <w:r w:rsidRPr="007020E0">
        <w:rPr>
          <w:sz w:val="24"/>
          <w:szCs w:val="24"/>
        </w:rPr>
        <w:t>That is meaningful.</w:t>
      </w:r>
    </w:p>
    <w:p w14:paraId="2FEF4787" w14:textId="77777777" w:rsidR="00C27A39" w:rsidRPr="007020E0" w:rsidRDefault="00000000" w:rsidP="007020E0">
      <w:pPr>
        <w:spacing w:before="240"/>
        <w:rPr>
          <w:sz w:val="24"/>
          <w:szCs w:val="24"/>
        </w:rPr>
      </w:pPr>
      <w:r w:rsidRPr="007020E0">
        <w:rPr>
          <w:sz w:val="24"/>
          <w:szCs w:val="24"/>
        </w:rPr>
        <w:t>It means the institution sees your SG as a source of information, not simply another group that needs to be notified.</w:t>
      </w:r>
    </w:p>
    <w:p w14:paraId="0997E56E" w14:textId="6060AE5C" w:rsidR="00C27A39" w:rsidRPr="007020E0" w:rsidRDefault="00000000" w:rsidP="007020E0">
      <w:pPr>
        <w:spacing w:before="240"/>
        <w:rPr>
          <w:sz w:val="24"/>
          <w:szCs w:val="24"/>
        </w:rPr>
      </w:pPr>
      <w:r w:rsidRPr="007020E0">
        <w:rPr>
          <w:sz w:val="24"/>
          <w:szCs w:val="24"/>
        </w:rPr>
        <w:t>And remember, your SG can bring something administrators often can</w:t>
      </w:r>
      <w:r w:rsidR="007020E0">
        <w:rPr>
          <w:sz w:val="24"/>
          <w:szCs w:val="24"/>
        </w:rPr>
        <w:t>’</w:t>
      </w:r>
      <w:r w:rsidRPr="007020E0">
        <w:rPr>
          <w:sz w:val="24"/>
          <w:szCs w:val="24"/>
        </w:rPr>
        <w:t>t.</w:t>
      </w:r>
    </w:p>
    <w:p w14:paraId="23496935" w14:textId="77777777" w:rsidR="00C27A39" w:rsidRPr="007020E0" w:rsidRDefault="00000000" w:rsidP="007020E0">
      <w:pPr>
        <w:spacing w:before="240"/>
        <w:rPr>
          <w:sz w:val="24"/>
          <w:szCs w:val="24"/>
        </w:rPr>
      </w:pPr>
      <w:r w:rsidRPr="007020E0">
        <w:rPr>
          <w:b/>
          <w:sz w:val="24"/>
          <w:szCs w:val="24"/>
        </w:rPr>
        <w:lastRenderedPageBreak/>
        <w:t>You have direct access to students.</w:t>
      </w:r>
    </w:p>
    <w:p w14:paraId="5255CB3A" w14:textId="77777777" w:rsidR="00C27A39" w:rsidRPr="007020E0" w:rsidRDefault="00000000" w:rsidP="007020E0">
      <w:pPr>
        <w:spacing w:before="240"/>
        <w:rPr>
          <w:sz w:val="24"/>
          <w:szCs w:val="24"/>
        </w:rPr>
      </w:pPr>
      <w:r w:rsidRPr="007020E0">
        <w:rPr>
          <w:sz w:val="24"/>
          <w:szCs w:val="24"/>
        </w:rPr>
        <w:t xml:space="preserve">You can survey them. You can hear their concerns. You can collect information about what is </w:t>
      </w:r>
      <w:proofErr w:type="gramStart"/>
      <w:r w:rsidRPr="007020E0">
        <w:rPr>
          <w:sz w:val="24"/>
          <w:szCs w:val="24"/>
        </w:rPr>
        <w:t>actually happening</w:t>
      </w:r>
      <w:proofErr w:type="gramEnd"/>
      <w:r w:rsidRPr="007020E0">
        <w:rPr>
          <w:sz w:val="24"/>
          <w:szCs w:val="24"/>
        </w:rPr>
        <w:t xml:space="preserve"> on campus.</w:t>
      </w:r>
    </w:p>
    <w:p w14:paraId="40625A05" w14:textId="77777777" w:rsidR="00C27A39" w:rsidRPr="007020E0" w:rsidRDefault="00000000" w:rsidP="007020E0">
      <w:pPr>
        <w:spacing w:before="240"/>
        <w:rPr>
          <w:sz w:val="24"/>
          <w:szCs w:val="24"/>
        </w:rPr>
      </w:pPr>
      <w:r w:rsidRPr="007020E0">
        <w:rPr>
          <w:sz w:val="24"/>
          <w:szCs w:val="24"/>
        </w:rPr>
        <w:t>That information can make your SG much more valuable in institutional decision-making.</w:t>
      </w:r>
    </w:p>
    <w:p w14:paraId="18244584" w14:textId="77777777" w:rsidR="00C27A39" w:rsidRPr="007020E0" w:rsidRDefault="00000000" w:rsidP="007020E0">
      <w:pPr>
        <w:pStyle w:val="Heading1"/>
        <w:spacing w:before="240"/>
        <w:jc w:val="center"/>
        <w:rPr>
          <w:sz w:val="56"/>
          <w:szCs w:val="56"/>
        </w:rPr>
      </w:pPr>
      <w:r w:rsidRPr="007020E0">
        <w:rPr>
          <w:sz w:val="56"/>
          <w:szCs w:val="56"/>
        </w:rPr>
        <w:t>4. RECONSIDERATION</w:t>
      </w:r>
    </w:p>
    <w:p w14:paraId="428B884F" w14:textId="77777777" w:rsidR="00C27A39" w:rsidRPr="007020E0" w:rsidRDefault="00000000" w:rsidP="007020E0">
      <w:pPr>
        <w:spacing w:before="240"/>
        <w:jc w:val="center"/>
        <w:rPr>
          <w:sz w:val="36"/>
          <w:szCs w:val="36"/>
        </w:rPr>
      </w:pPr>
      <w:r w:rsidRPr="007020E0">
        <w:rPr>
          <w:b/>
          <w:sz w:val="36"/>
          <w:szCs w:val="36"/>
        </w:rPr>
        <w:t>Can Your SG Change a Decision That Has Already Been Made?</w:t>
      </w:r>
    </w:p>
    <w:p w14:paraId="7DF910BE" w14:textId="77777777" w:rsidR="00C27A39" w:rsidRPr="007020E0" w:rsidRDefault="00000000" w:rsidP="007020E0">
      <w:pPr>
        <w:spacing w:before="240"/>
        <w:rPr>
          <w:sz w:val="24"/>
          <w:szCs w:val="24"/>
        </w:rPr>
      </w:pPr>
      <w:r w:rsidRPr="007020E0">
        <w:rPr>
          <w:sz w:val="24"/>
          <w:szCs w:val="24"/>
        </w:rPr>
        <w:t>This is one of the strongest signs of influence.</w:t>
      </w:r>
    </w:p>
    <w:p w14:paraId="57044541" w14:textId="7CBE6611" w:rsidR="00C27A39" w:rsidRPr="007020E0" w:rsidRDefault="00000000" w:rsidP="007020E0">
      <w:pPr>
        <w:spacing w:before="240"/>
        <w:rPr>
          <w:sz w:val="24"/>
          <w:szCs w:val="24"/>
        </w:rPr>
      </w:pPr>
      <w:r w:rsidRPr="007020E0">
        <w:rPr>
          <w:sz w:val="24"/>
          <w:szCs w:val="24"/>
        </w:rPr>
        <w:t xml:space="preserve">Sometimes an administrator </w:t>
      </w:r>
      <w:proofErr w:type="gramStart"/>
      <w:r w:rsidRPr="007020E0">
        <w:rPr>
          <w:sz w:val="24"/>
          <w:szCs w:val="24"/>
        </w:rPr>
        <w:t>makes a decision</w:t>
      </w:r>
      <w:proofErr w:type="gramEnd"/>
      <w:r w:rsidRPr="007020E0">
        <w:rPr>
          <w:sz w:val="24"/>
          <w:szCs w:val="24"/>
        </w:rPr>
        <w:t xml:space="preserve"> before Student Government has had </w:t>
      </w:r>
      <w:r w:rsidR="00E76610">
        <w:rPr>
          <w:sz w:val="24"/>
          <w:szCs w:val="24"/>
        </w:rPr>
        <w:t>a chance</w:t>
      </w:r>
      <w:r w:rsidRPr="007020E0">
        <w:rPr>
          <w:sz w:val="24"/>
          <w:szCs w:val="24"/>
        </w:rPr>
        <w:t xml:space="preserve"> to weigh in.</w:t>
      </w:r>
    </w:p>
    <w:p w14:paraId="59E1AEBF" w14:textId="211330D8" w:rsidR="00C27A39" w:rsidRPr="007020E0" w:rsidRDefault="00000000" w:rsidP="007020E0">
      <w:pPr>
        <w:spacing w:before="240"/>
        <w:rPr>
          <w:sz w:val="24"/>
          <w:szCs w:val="24"/>
        </w:rPr>
      </w:pPr>
      <w:r w:rsidRPr="007020E0">
        <w:rPr>
          <w:sz w:val="24"/>
          <w:szCs w:val="24"/>
        </w:rPr>
        <w:t>Maybe th</w:t>
      </w:r>
      <w:r w:rsidR="00E76610">
        <w:rPr>
          <w:sz w:val="24"/>
          <w:szCs w:val="24"/>
        </w:rPr>
        <w:t>at</w:t>
      </w:r>
      <w:r w:rsidRPr="007020E0">
        <w:rPr>
          <w:sz w:val="24"/>
          <w:szCs w:val="24"/>
        </w:rPr>
        <w:t xml:space="preserve"> decision was made too quickly. Maybe the administration did</w:t>
      </w:r>
      <w:r w:rsidR="00E76610">
        <w:rPr>
          <w:sz w:val="24"/>
          <w:szCs w:val="24"/>
        </w:rPr>
        <w:t xml:space="preserve">n’t </w:t>
      </w:r>
      <w:r w:rsidRPr="007020E0">
        <w:rPr>
          <w:sz w:val="24"/>
          <w:szCs w:val="24"/>
        </w:rPr>
        <w:t>have all the information. Maybe it did</w:t>
      </w:r>
      <w:r w:rsidR="00E76610">
        <w:rPr>
          <w:sz w:val="24"/>
          <w:szCs w:val="24"/>
        </w:rPr>
        <w:t>n’</w:t>
      </w:r>
      <w:r w:rsidRPr="007020E0">
        <w:rPr>
          <w:sz w:val="24"/>
          <w:szCs w:val="24"/>
        </w:rPr>
        <w:t xml:space="preserve">t understand how students </w:t>
      </w:r>
      <w:r w:rsidR="00E76610">
        <w:rPr>
          <w:sz w:val="24"/>
          <w:szCs w:val="24"/>
        </w:rPr>
        <w:t>could</w:t>
      </w:r>
      <w:r w:rsidRPr="007020E0">
        <w:rPr>
          <w:sz w:val="24"/>
          <w:szCs w:val="24"/>
        </w:rPr>
        <w:t xml:space="preserve"> be affected.</w:t>
      </w:r>
    </w:p>
    <w:p w14:paraId="41F9B0F3" w14:textId="77777777" w:rsidR="00C27A39" w:rsidRPr="007020E0" w:rsidRDefault="00000000" w:rsidP="007020E0">
      <w:pPr>
        <w:spacing w:before="240"/>
        <w:rPr>
          <w:sz w:val="24"/>
          <w:szCs w:val="24"/>
        </w:rPr>
      </w:pPr>
      <w:r w:rsidRPr="007020E0">
        <w:rPr>
          <w:sz w:val="24"/>
          <w:szCs w:val="24"/>
        </w:rPr>
        <w:t>An influential SG can sometimes change that.</w:t>
      </w:r>
    </w:p>
    <w:p w14:paraId="230632C5" w14:textId="0DD9C518" w:rsidR="00C27A39" w:rsidRPr="007020E0" w:rsidRDefault="00000000" w:rsidP="007020E0">
      <w:pPr>
        <w:spacing w:before="240"/>
        <w:rPr>
          <w:sz w:val="24"/>
          <w:szCs w:val="24"/>
        </w:rPr>
      </w:pPr>
      <w:r w:rsidRPr="007020E0">
        <w:rPr>
          <w:sz w:val="24"/>
          <w:szCs w:val="24"/>
        </w:rPr>
        <w:t>Your SG may conduct research, survey students, gather examples from other institutions, or simply bring information that decision-makers did</w:t>
      </w:r>
      <w:r w:rsidR="00E76610">
        <w:rPr>
          <w:sz w:val="24"/>
          <w:szCs w:val="24"/>
        </w:rPr>
        <w:t>n’</w:t>
      </w:r>
      <w:r w:rsidRPr="007020E0">
        <w:rPr>
          <w:sz w:val="24"/>
          <w:szCs w:val="24"/>
        </w:rPr>
        <w:t>t have when they made the original decision.</w:t>
      </w:r>
    </w:p>
    <w:p w14:paraId="3FD676E6" w14:textId="77777777" w:rsidR="00C27A39" w:rsidRPr="007020E0" w:rsidRDefault="00000000" w:rsidP="007020E0">
      <w:pPr>
        <w:spacing w:before="240"/>
        <w:rPr>
          <w:sz w:val="24"/>
          <w:szCs w:val="24"/>
        </w:rPr>
      </w:pPr>
      <w:r w:rsidRPr="007020E0">
        <w:rPr>
          <w:sz w:val="24"/>
          <w:szCs w:val="24"/>
        </w:rPr>
        <w:t>Then the institution changes course.</w:t>
      </w:r>
    </w:p>
    <w:p w14:paraId="219C2C66" w14:textId="25E63103" w:rsidR="00C27A39" w:rsidRPr="007020E0" w:rsidRDefault="00000000" w:rsidP="007020E0">
      <w:pPr>
        <w:spacing w:before="240"/>
        <w:rPr>
          <w:sz w:val="24"/>
          <w:szCs w:val="24"/>
        </w:rPr>
      </w:pPr>
      <w:r w:rsidRPr="007020E0">
        <w:rPr>
          <w:sz w:val="24"/>
          <w:szCs w:val="24"/>
        </w:rPr>
        <w:t>The change does</w:t>
      </w:r>
      <w:r w:rsidR="00E76610">
        <w:rPr>
          <w:sz w:val="24"/>
          <w:szCs w:val="24"/>
        </w:rPr>
        <w:t>n’</w:t>
      </w:r>
      <w:r w:rsidRPr="007020E0">
        <w:rPr>
          <w:sz w:val="24"/>
          <w:szCs w:val="24"/>
        </w:rPr>
        <w:t>t have to be dramatic.</w:t>
      </w:r>
    </w:p>
    <w:p w14:paraId="7F600C88" w14:textId="77777777" w:rsidR="00C27A39" w:rsidRPr="007020E0" w:rsidRDefault="00000000" w:rsidP="007020E0">
      <w:pPr>
        <w:pStyle w:val="ListBullet"/>
        <w:spacing w:before="240" w:after="40"/>
        <w:rPr>
          <w:sz w:val="24"/>
          <w:szCs w:val="24"/>
        </w:rPr>
      </w:pPr>
      <w:r w:rsidRPr="007020E0">
        <w:rPr>
          <w:sz w:val="24"/>
          <w:szCs w:val="24"/>
        </w:rPr>
        <w:t>reverse a decision;</w:t>
      </w:r>
    </w:p>
    <w:p w14:paraId="22CDC88D" w14:textId="77777777" w:rsidR="00C27A39" w:rsidRPr="007020E0" w:rsidRDefault="00000000" w:rsidP="007020E0">
      <w:pPr>
        <w:pStyle w:val="ListBullet"/>
        <w:spacing w:before="240" w:after="40"/>
        <w:rPr>
          <w:sz w:val="24"/>
          <w:szCs w:val="24"/>
        </w:rPr>
      </w:pPr>
      <w:r w:rsidRPr="007020E0">
        <w:rPr>
          <w:sz w:val="24"/>
          <w:szCs w:val="24"/>
        </w:rPr>
        <w:t>delay it;</w:t>
      </w:r>
    </w:p>
    <w:p w14:paraId="4B938889" w14:textId="77777777" w:rsidR="00C27A39" w:rsidRPr="007020E0" w:rsidRDefault="00000000" w:rsidP="007020E0">
      <w:pPr>
        <w:pStyle w:val="ListBullet"/>
        <w:spacing w:before="240" w:after="40"/>
        <w:rPr>
          <w:sz w:val="24"/>
          <w:szCs w:val="24"/>
        </w:rPr>
      </w:pPr>
      <w:r w:rsidRPr="007020E0">
        <w:rPr>
          <w:sz w:val="24"/>
          <w:szCs w:val="24"/>
        </w:rPr>
        <w:t>change the timing;</w:t>
      </w:r>
    </w:p>
    <w:p w14:paraId="75E9DC43" w14:textId="77777777" w:rsidR="00C27A39" w:rsidRPr="007020E0" w:rsidRDefault="00000000" w:rsidP="007020E0">
      <w:pPr>
        <w:pStyle w:val="ListBullet"/>
        <w:spacing w:before="240" w:after="40"/>
        <w:rPr>
          <w:sz w:val="24"/>
          <w:szCs w:val="24"/>
        </w:rPr>
      </w:pPr>
      <w:r w:rsidRPr="007020E0">
        <w:rPr>
          <w:sz w:val="24"/>
          <w:szCs w:val="24"/>
        </w:rPr>
        <w:t>modify a policy;</w:t>
      </w:r>
    </w:p>
    <w:p w14:paraId="27B3F725" w14:textId="77777777" w:rsidR="00C27A39" w:rsidRPr="007020E0" w:rsidRDefault="00000000" w:rsidP="007020E0">
      <w:pPr>
        <w:pStyle w:val="ListBullet"/>
        <w:spacing w:before="240" w:after="40"/>
        <w:rPr>
          <w:sz w:val="24"/>
          <w:szCs w:val="24"/>
        </w:rPr>
      </w:pPr>
      <w:r w:rsidRPr="007020E0">
        <w:rPr>
          <w:sz w:val="24"/>
          <w:szCs w:val="24"/>
        </w:rPr>
        <w:t>change a program;</w:t>
      </w:r>
    </w:p>
    <w:p w14:paraId="3E1D0335" w14:textId="77777777" w:rsidR="00C27A39" w:rsidRPr="007020E0" w:rsidRDefault="00000000" w:rsidP="007020E0">
      <w:pPr>
        <w:pStyle w:val="ListBullet"/>
        <w:spacing w:before="240" w:after="40"/>
        <w:rPr>
          <w:sz w:val="24"/>
          <w:szCs w:val="24"/>
        </w:rPr>
      </w:pPr>
      <w:r w:rsidRPr="007020E0">
        <w:rPr>
          <w:sz w:val="24"/>
          <w:szCs w:val="24"/>
        </w:rPr>
        <w:t>increase or redirect funding;</w:t>
      </w:r>
    </w:p>
    <w:p w14:paraId="7A10EE01" w14:textId="77777777" w:rsidR="00C27A39" w:rsidRPr="007020E0" w:rsidRDefault="00000000" w:rsidP="007020E0">
      <w:pPr>
        <w:pStyle w:val="ListBullet"/>
        <w:spacing w:before="240" w:after="40"/>
        <w:rPr>
          <w:sz w:val="24"/>
          <w:szCs w:val="24"/>
        </w:rPr>
      </w:pPr>
      <w:r w:rsidRPr="007020E0">
        <w:rPr>
          <w:sz w:val="24"/>
          <w:szCs w:val="24"/>
        </w:rPr>
        <w:t xml:space="preserve">add </w:t>
      </w:r>
      <w:proofErr w:type="gramStart"/>
      <w:r w:rsidRPr="007020E0">
        <w:rPr>
          <w:sz w:val="24"/>
          <w:szCs w:val="24"/>
        </w:rPr>
        <w:t>protections</w:t>
      </w:r>
      <w:proofErr w:type="gramEnd"/>
      <w:r w:rsidRPr="007020E0">
        <w:rPr>
          <w:sz w:val="24"/>
          <w:szCs w:val="24"/>
        </w:rPr>
        <w:t xml:space="preserve"> for students;</w:t>
      </w:r>
    </w:p>
    <w:p w14:paraId="76878FD3" w14:textId="77777777" w:rsidR="00C27A39" w:rsidRPr="007020E0" w:rsidRDefault="00000000" w:rsidP="007020E0">
      <w:pPr>
        <w:pStyle w:val="ListBullet"/>
        <w:spacing w:before="240" w:after="40"/>
        <w:rPr>
          <w:sz w:val="24"/>
          <w:szCs w:val="24"/>
        </w:rPr>
      </w:pPr>
      <w:r w:rsidRPr="007020E0">
        <w:rPr>
          <w:sz w:val="24"/>
          <w:szCs w:val="24"/>
        </w:rPr>
        <w:t>or adopt part of your recommendation.</w:t>
      </w:r>
    </w:p>
    <w:p w14:paraId="49A58E68" w14:textId="77777777" w:rsidR="00C27A39" w:rsidRPr="007020E0" w:rsidRDefault="00000000" w:rsidP="007020E0">
      <w:pPr>
        <w:spacing w:before="240"/>
        <w:rPr>
          <w:sz w:val="24"/>
          <w:szCs w:val="24"/>
        </w:rPr>
      </w:pPr>
      <w:r w:rsidRPr="007020E0">
        <w:rPr>
          <w:b/>
          <w:sz w:val="24"/>
          <w:szCs w:val="24"/>
        </w:rPr>
        <w:t xml:space="preserve">The important thing is that something </w:t>
      </w:r>
      <w:proofErr w:type="gramStart"/>
      <w:r w:rsidRPr="007020E0">
        <w:rPr>
          <w:b/>
          <w:sz w:val="24"/>
          <w:szCs w:val="24"/>
        </w:rPr>
        <w:t>changed</w:t>
      </w:r>
      <w:proofErr w:type="gramEnd"/>
      <w:r w:rsidRPr="007020E0">
        <w:rPr>
          <w:b/>
          <w:sz w:val="24"/>
          <w:szCs w:val="24"/>
        </w:rPr>
        <w:t xml:space="preserve"> because your SG made its case.</w:t>
      </w:r>
    </w:p>
    <w:p w14:paraId="6F551640" w14:textId="77777777" w:rsidR="00C27A39" w:rsidRPr="007020E0" w:rsidRDefault="00000000" w:rsidP="007020E0">
      <w:pPr>
        <w:spacing w:before="240"/>
        <w:rPr>
          <w:sz w:val="24"/>
          <w:szCs w:val="24"/>
        </w:rPr>
      </w:pPr>
      <w:r w:rsidRPr="007020E0">
        <w:rPr>
          <w:sz w:val="24"/>
          <w:szCs w:val="24"/>
        </w:rPr>
        <w:t>For example:</w:t>
      </w:r>
    </w:p>
    <w:p w14:paraId="2E4399BA" w14:textId="77777777" w:rsidR="00C27A39" w:rsidRPr="007020E0" w:rsidRDefault="00000000" w:rsidP="007020E0">
      <w:pPr>
        <w:spacing w:before="240"/>
        <w:rPr>
          <w:sz w:val="24"/>
          <w:szCs w:val="24"/>
        </w:rPr>
      </w:pPr>
      <w:r w:rsidRPr="007020E0">
        <w:rPr>
          <w:sz w:val="24"/>
          <w:szCs w:val="24"/>
        </w:rPr>
        <w:t>The administration announces a change in campus food service.</w:t>
      </w:r>
    </w:p>
    <w:p w14:paraId="726D2D70" w14:textId="77777777" w:rsidR="00C27A39" w:rsidRPr="007020E0" w:rsidRDefault="00000000" w:rsidP="007020E0">
      <w:pPr>
        <w:spacing w:before="240"/>
        <w:rPr>
          <w:sz w:val="24"/>
          <w:szCs w:val="24"/>
        </w:rPr>
      </w:pPr>
      <w:r w:rsidRPr="007020E0">
        <w:rPr>
          <w:sz w:val="24"/>
          <w:szCs w:val="24"/>
        </w:rPr>
        <w:lastRenderedPageBreak/>
        <w:t xml:space="preserve">Your SG </w:t>
      </w:r>
      <w:proofErr w:type="gramStart"/>
      <w:r w:rsidRPr="007020E0">
        <w:rPr>
          <w:sz w:val="24"/>
          <w:szCs w:val="24"/>
        </w:rPr>
        <w:t>researches</w:t>
      </w:r>
      <w:proofErr w:type="gramEnd"/>
      <w:r w:rsidRPr="007020E0">
        <w:rPr>
          <w:sz w:val="24"/>
          <w:szCs w:val="24"/>
        </w:rPr>
        <w:t xml:space="preserve"> the issue and surveys students.</w:t>
      </w:r>
    </w:p>
    <w:p w14:paraId="61751CB8" w14:textId="77777777" w:rsidR="00C27A39" w:rsidRPr="007020E0" w:rsidRDefault="00000000" w:rsidP="007020E0">
      <w:pPr>
        <w:spacing w:before="240"/>
        <w:rPr>
          <w:sz w:val="24"/>
          <w:szCs w:val="24"/>
        </w:rPr>
      </w:pPr>
      <w:r w:rsidRPr="007020E0">
        <w:rPr>
          <w:sz w:val="24"/>
          <w:szCs w:val="24"/>
        </w:rPr>
        <w:t>You present the results and recommend a different approach.</w:t>
      </w:r>
    </w:p>
    <w:p w14:paraId="64DBA292" w14:textId="77777777" w:rsidR="00C27A39" w:rsidRPr="007020E0" w:rsidRDefault="00000000" w:rsidP="007020E0">
      <w:pPr>
        <w:spacing w:before="240"/>
        <w:rPr>
          <w:sz w:val="24"/>
          <w:szCs w:val="24"/>
        </w:rPr>
      </w:pPr>
      <w:r w:rsidRPr="007020E0">
        <w:rPr>
          <w:sz w:val="24"/>
          <w:szCs w:val="24"/>
        </w:rPr>
        <w:t>The administration changes the plan.</w:t>
      </w:r>
    </w:p>
    <w:p w14:paraId="58F8B22D" w14:textId="77777777" w:rsidR="00C27A39" w:rsidRPr="007020E0" w:rsidRDefault="00000000" w:rsidP="007020E0">
      <w:pPr>
        <w:spacing w:before="240"/>
        <w:rPr>
          <w:sz w:val="24"/>
          <w:szCs w:val="24"/>
        </w:rPr>
      </w:pPr>
      <w:r w:rsidRPr="007020E0">
        <w:rPr>
          <w:b/>
          <w:sz w:val="24"/>
          <w:szCs w:val="24"/>
        </w:rPr>
        <w:t>That is evidence of influence.</w:t>
      </w:r>
    </w:p>
    <w:p w14:paraId="57D83AD8" w14:textId="77777777" w:rsidR="00C27A39" w:rsidRPr="007020E0" w:rsidRDefault="00000000" w:rsidP="007020E0">
      <w:pPr>
        <w:pStyle w:val="Heading1"/>
        <w:spacing w:before="240"/>
        <w:jc w:val="center"/>
        <w:rPr>
          <w:sz w:val="56"/>
          <w:szCs w:val="56"/>
        </w:rPr>
      </w:pPr>
      <w:r w:rsidRPr="007020E0">
        <w:rPr>
          <w:sz w:val="56"/>
          <w:szCs w:val="56"/>
        </w:rPr>
        <w:t>5. ACTION</w:t>
      </w:r>
    </w:p>
    <w:p w14:paraId="1D5649C9" w14:textId="77777777" w:rsidR="00C27A39" w:rsidRPr="007020E0" w:rsidRDefault="00000000" w:rsidP="007020E0">
      <w:pPr>
        <w:spacing w:before="240"/>
        <w:jc w:val="center"/>
        <w:rPr>
          <w:sz w:val="36"/>
          <w:szCs w:val="36"/>
        </w:rPr>
      </w:pPr>
      <w:r w:rsidRPr="007020E0">
        <w:rPr>
          <w:b/>
          <w:sz w:val="36"/>
          <w:szCs w:val="36"/>
        </w:rPr>
        <w:t>Can Your SG Actually Get Things Done?</w:t>
      </w:r>
    </w:p>
    <w:p w14:paraId="12596B48" w14:textId="77777777" w:rsidR="00C27A39" w:rsidRPr="007020E0" w:rsidRDefault="00000000" w:rsidP="007020E0">
      <w:pPr>
        <w:spacing w:before="240"/>
        <w:rPr>
          <w:sz w:val="24"/>
          <w:szCs w:val="24"/>
        </w:rPr>
      </w:pPr>
      <w:r w:rsidRPr="007020E0">
        <w:rPr>
          <w:sz w:val="24"/>
          <w:szCs w:val="24"/>
        </w:rPr>
        <w:t>Some Student Governments are very good at talking about problems.</w:t>
      </w:r>
    </w:p>
    <w:p w14:paraId="0B7552AC" w14:textId="77777777" w:rsidR="00C27A39" w:rsidRPr="007020E0" w:rsidRDefault="00000000" w:rsidP="007020E0">
      <w:pPr>
        <w:spacing w:before="240"/>
        <w:rPr>
          <w:sz w:val="24"/>
          <w:szCs w:val="24"/>
        </w:rPr>
      </w:pPr>
      <w:r w:rsidRPr="007020E0">
        <w:rPr>
          <w:b/>
          <w:sz w:val="24"/>
          <w:szCs w:val="24"/>
        </w:rPr>
        <w:t>Influential Student Governments do something about them.</w:t>
      </w:r>
    </w:p>
    <w:p w14:paraId="2EF135BA" w14:textId="77777777" w:rsidR="00C27A39" w:rsidRPr="007020E0" w:rsidRDefault="00000000" w:rsidP="007020E0">
      <w:pPr>
        <w:spacing w:before="240"/>
        <w:rPr>
          <w:sz w:val="24"/>
          <w:szCs w:val="24"/>
        </w:rPr>
      </w:pPr>
      <w:r w:rsidRPr="007020E0">
        <w:rPr>
          <w:sz w:val="24"/>
          <w:szCs w:val="24"/>
        </w:rPr>
        <w:t>Look at the issues your SG has worked on during the past year.</w:t>
      </w:r>
    </w:p>
    <w:p w14:paraId="76A6DE9C" w14:textId="77777777" w:rsidR="00C27A39" w:rsidRPr="007020E0" w:rsidRDefault="00000000" w:rsidP="007020E0">
      <w:pPr>
        <w:spacing w:before="240"/>
        <w:rPr>
          <w:sz w:val="24"/>
          <w:szCs w:val="24"/>
        </w:rPr>
      </w:pPr>
      <w:r w:rsidRPr="007020E0">
        <w:rPr>
          <w:sz w:val="24"/>
          <w:szCs w:val="24"/>
        </w:rPr>
        <w:t>What did you ask the institution to do?</w:t>
      </w:r>
    </w:p>
    <w:p w14:paraId="7AB6EFCB" w14:textId="77777777" w:rsidR="00C27A39" w:rsidRPr="007020E0" w:rsidRDefault="00000000" w:rsidP="007020E0">
      <w:pPr>
        <w:pStyle w:val="ListBullet"/>
        <w:spacing w:before="240" w:after="40"/>
        <w:rPr>
          <w:sz w:val="24"/>
          <w:szCs w:val="24"/>
        </w:rPr>
      </w:pPr>
      <w:r w:rsidRPr="007020E0">
        <w:rPr>
          <w:sz w:val="24"/>
          <w:szCs w:val="24"/>
        </w:rPr>
        <w:t>change a policy?</w:t>
      </w:r>
    </w:p>
    <w:p w14:paraId="571A38F4" w14:textId="77777777" w:rsidR="00C27A39" w:rsidRPr="007020E0" w:rsidRDefault="00000000" w:rsidP="007020E0">
      <w:pPr>
        <w:pStyle w:val="ListBullet"/>
        <w:spacing w:before="240" w:after="40"/>
        <w:rPr>
          <w:sz w:val="24"/>
          <w:szCs w:val="24"/>
        </w:rPr>
      </w:pPr>
      <w:r w:rsidRPr="007020E0">
        <w:rPr>
          <w:sz w:val="24"/>
          <w:szCs w:val="24"/>
        </w:rPr>
        <w:t xml:space="preserve">improve </w:t>
      </w:r>
      <w:proofErr w:type="gramStart"/>
      <w:r w:rsidRPr="007020E0">
        <w:rPr>
          <w:sz w:val="24"/>
          <w:szCs w:val="24"/>
        </w:rPr>
        <w:t>a campus</w:t>
      </w:r>
      <w:proofErr w:type="gramEnd"/>
      <w:r w:rsidRPr="007020E0">
        <w:rPr>
          <w:sz w:val="24"/>
          <w:szCs w:val="24"/>
        </w:rPr>
        <w:t xml:space="preserve"> service?</w:t>
      </w:r>
    </w:p>
    <w:p w14:paraId="2407CC5F" w14:textId="77777777" w:rsidR="00C27A39" w:rsidRPr="007020E0" w:rsidRDefault="00000000" w:rsidP="007020E0">
      <w:pPr>
        <w:pStyle w:val="ListBullet"/>
        <w:spacing w:before="240" w:after="40"/>
        <w:rPr>
          <w:sz w:val="24"/>
          <w:szCs w:val="24"/>
        </w:rPr>
      </w:pPr>
      <w:r w:rsidRPr="007020E0">
        <w:rPr>
          <w:sz w:val="24"/>
          <w:szCs w:val="24"/>
        </w:rPr>
        <w:t>create a new program?</w:t>
      </w:r>
    </w:p>
    <w:p w14:paraId="5A382948" w14:textId="77777777" w:rsidR="00C27A39" w:rsidRPr="007020E0" w:rsidRDefault="00000000" w:rsidP="007020E0">
      <w:pPr>
        <w:pStyle w:val="ListBullet"/>
        <w:spacing w:before="240" w:after="40"/>
        <w:rPr>
          <w:sz w:val="24"/>
          <w:szCs w:val="24"/>
        </w:rPr>
      </w:pPr>
      <w:r w:rsidRPr="007020E0">
        <w:rPr>
          <w:sz w:val="24"/>
          <w:szCs w:val="24"/>
        </w:rPr>
        <w:t>increase or redirect funding?</w:t>
      </w:r>
    </w:p>
    <w:p w14:paraId="3794A804" w14:textId="77777777" w:rsidR="00C27A39" w:rsidRPr="007020E0" w:rsidRDefault="00000000" w:rsidP="007020E0">
      <w:pPr>
        <w:pStyle w:val="ListBullet"/>
        <w:spacing w:before="240" w:after="40"/>
        <w:rPr>
          <w:sz w:val="24"/>
          <w:szCs w:val="24"/>
        </w:rPr>
      </w:pPr>
      <w:r w:rsidRPr="007020E0">
        <w:rPr>
          <w:sz w:val="24"/>
          <w:szCs w:val="24"/>
        </w:rPr>
        <w:t>change a fee?</w:t>
      </w:r>
    </w:p>
    <w:p w14:paraId="5CFE7AC4" w14:textId="77777777" w:rsidR="00C27A39" w:rsidRPr="007020E0" w:rsidRDefault="00000000" w:rsidP="007020E0">
      <w:pPr>
        <w:pStyle w:val="ListBullet"/>
        <w:spacing w:before="240" w:after="40"/>
        <w:rPr>
          <w:sz w:val="24"/>
          <w:szCs w:val="24"/>
        </w:rPr>
      </w:pPr>
      <w:r w:rsidRPr="007020E0">
        <w:rPr>
          <w:sz w:val="24"/>
          <w:szCs w:val="24"/>
        </w:rPr>
        <w:t>improve food service?</w:t>
      </w:r>
    </w:p>
    <w:p w14:paraId="29B89ED3" w14:textId="77777777" w:rsidR="00C27A39" w:rsidRPr="007020E0" w:rsidRDefault="00000000" w:rsidP="007020E0">
      <w:pPr>
        <w:pStyle w:val="ListBullet"/>
        <w:spacing w:before="240" w:after="40"/>
        <w:rPr>
          <w:sz w:val="24"/>
          <w:szCs w:val="24"/>
        </w:rPr>
      </w:pPr>
      <w:r w:rsidRPr="007020E0">
        <w:rPr>
          <w:sz w:val="24"/>
          <w:szCs w:val="24"/>
        </w:rPr>
        <w:t>extend library hours?</w:t>
      </w:r>
    </w:p>
    <w:p w14:paraId="2AB1D487" w14:textId="77777777" w:rsidR="00C27A39" w:rsidRPr="007020E0" w:rsidRDefault="00000000" w:rsidP="007020E0">
      <w:pPr>
        <w:pStyle w:val="ListBullet"/>
        <w:spacing w:before="240" w:after="40"/>
        <w:rPr>
          <w:sz w:val="24"/>
          <w:szCs w:val="24"/>
        </w:rPr>
      </w:pPr>
      <w:r w:rsidRPr="007020E0">
        <w:rPr>
          <w:sz w:val="24"/>
          <w:szCs w:val="24"/>
        </w:rPr>
        <w:t>improve transportation?</w:t>
      </w:r>
    </w:p>
    <w:p w14:paraId="03330AA6" w14:textId="77777777" w:rsidR="00C27A39" w:rsidRPr="007020E0" w:rsidRDefault="00000000" w:rsidP="007020E0">
      <w:pPr>
        <w:pStyle w:val="ListBullet"/>
        <w:spacing w:before="240" w:after="40"/>
        <w:rPr>
          <w:sz w:val="24"/>
          <w:szCs w:val="24"/>
        </w:rPr>
      </w:pPr>
      <w:r w:rsidRPr="007020E0">
        <w:rPr>
          <w:sz w:val="24"/>
          <w:szCs w:val="24"/>
        </w:rPr>
        <w:t>address a housing problem?</w:t>
      </w:r>
    </w:p>
    <w:p w14:paraId="582C4058" w14:textId="77777777" w:rsidR="00C27A39" w:rsidRPr="007020E0" w:rsidRDefault="00000000" w:rsidP="007020E0">
      <w:pPr>
        <w:pStyle w:val="ListBullet"/>
        <w:spacing w:before="240" w:after="40"/>
        <w:rPr>
          <w:sz w:val="24"/>
          <w:szCs w:val="24"/>
        </w:rPr>
      </w:pPr>
      <w:r w:rsidRPr="007020E0">
        <w:rPr>
          <w:sz w:val="24"/>
          <w:szCs w:val="24"/>
        </w:rPr>
        <w:t xml:space="preserve">change </w:t>
      </w:r>
      <w:proofErr w:type="gramStart"/>
      <w:r w:rsidRPr="007020E0">
        <w:rPr>
          <w:sz w:val="24"/>
          <w:szCs w:val="24"/>
        </w:rPr>
        <w:t>a student</w:t>
      </w:r>
      <w:proofErr w:type="gramEnd"/>
      <w:r w:rsidRPr="007020E0">
        <w:rPr>
          <w:sz w:val="24"/>
          <w:szCs w:val="24"/>
        </w:rPr>
        <w:t xml:space="preserve"> organization policy?</w:t>
      </w:r>
    </w:p>
    <w:p w14:paraId="34AD5919" w14:textId="77777777" w:rsidR="00C27A39" w:rsidRPr="007020E0" w:rsidRDefault="00000000" w:rsidP="007020E0">
      <w:pPr>
        <w:pStyle w:val="ListBullet"/>
        <w:spacing w:before="240" w:after="40"/>
        <w:rPr>
          <w:sz w:val="24"/>
          <w:szCs w:val="24"/>
        </w:rPr>
      </w:pPr>
      <w:r w:rsidRPr="007020E0">
        <w:rPr>
          <w:sz w:val="24"/>
          <w:szCs w:val="24"/>
        </w:rPr>
        <w:t>create a new student opportunity?</w:t>
      </w:r>
    </w:p>
    <w:p w14:paraId="793FD87D" w14:textId="6D808BA8" w:rsidR="00C27A39" w:rsidRPr="007020E0" w:rsidRDefault="00000000" w:rsidP="007020E0">
      <w:pPr>
        <w:spacing w:before="240"/>
        <w:rPr>
          <w:sz w:val="24"/>
          <w:szCs w:val="24"/>
        </w:rPr>
      </w:pPr>
      <w:r w:rsidRPr="007020E0">
        <w:rPr>
          <w:sz w:val="24"/>
          <w:szCs w:val="24"/>
        </w:rPr>
        <w:t>You do</w:t>
      </w:r>
      <w:r w:rsidR="007020E0">
        <w:rPr>
          <w:sz w:val="24"/>
          <w:szCs w:val="24"/>
        </w:rPr>
        <w:t>n’</w:t>
      </w:r>
      <w:r w:rsidRPr="007020E0">
        <w:rPr>
          <w:sz w:val="24"/>
          <w:szCs w:val="24"/>
        </w:rPr>
        <w:t>t need a long list.</w:t>
      </w:r>
    </w:p>
    <w:p w14:paraId="21612D65" w14:textId="77777777" w:rsidR="00C27A39" w:rsidRPr="007020E0" w:rsidRDefault="00000000" w:rsidP="007020E0">
      <w:pPr>
        <w:spacing w:before="240"/>
        <w:rPr>
          <w:sz w:val="24"/>
          <w:szCs w:val="24"/>
        </w:rPr>
      </w:pPr>
      <w:r w:rsidRPr="007020E0">
        <w:rPr>
          <w:sz w:val="24"/>
          <w:szCs w:val="24"/>
        </w:rPr>
        <w:t xml:space="preserve">A few examples of things your SG </w:t>
      </w:r>
      <w:proofErr w:type="gramStart"/>
      <w:r w:rsidRPr="007020E0">
        <w:rPr>
          <w:sz w:val="24"/>
          <w:szCs w:val="24"/>
        </w:rPr>
        <w:t>actually got</w:t>
      </w:r>
      <w:proofErr w:type="gramEnd"/>
      <w:r w:rsidRPr="007020E0">
        <w:rPr>
          <w:sz w:val="24"/>
          <w:szCs w:val="24"/>
        </w:rPr>
        <w:t xml:space="preserve"> changed are more meaningful than dozens of meetings or resolutions that went nowhere.</w:t>
      </w:r>
    </w:p>
    <w:p w14:paraId="28174A71" w14:textId="77777777" w:rsidR="00C27A39" w:rsidRPr="007020E0" w:rsidRDefault="00000000" w:rsidP="007020E0">
      <w:pPr>
        <w:pStyle w:val="Heading1"/>
        <w:spacing w:before="240"/>
        <w:jc w:val="center"/>
        <w:rPr>
          <w:sz w:val="56"/>
          <w:szCs w:val="56"/>
        </w:rPr>
      </w:pPr>
      <w:r w:rsidRPr="007020E0">
        <w:rPr>
          <w:sz w:val="56"/>
          <w:szCs w:val="56"/>
        </w:rPr>
        <w:t>6. IMPACT</w:t>
      </w:r>
    </w:p>
    <w:p w14:paraId="208FA738" w14:textId="77777777" w:rsidR="00C27A39" w:rsidRPr="007020E0" w:rsidRDefault="00000000" w:rsidP="007020E0">
      <w:pPr>
        <w:spacing w:before="240"/>
        <w:jc w:val="center"/>
        <w:rPr>
          <w:sz w:val="36"/>
          <w:szCs w:val="36"/>
        </w:rPr>
      </w:pPr>
      <w:r w:rsidRPr="007020E0">
        <w:rPr>
          <w:b/>
          <w:sz w:val="36"/>
          <w:szCs w:val="36"/>
        </w:rPr>
        <w:t>What Actually Changed for Students?</w:t>
      </w:r>
    </w:p>
    <w:p w14:paraId="420EE4D6" w14:textId="77777777" w:rsidR="00C27A39" w:rsidRPr="007020E0" w:rsidRDefault="00000000" w:rsidP="007020E0">
      <w:pPr>
        <w:spacing w:before="240"/>
        <w:rPr>
          <w:sz w:val="24"/>
          <w:szCs w:val="24"/>
        </w:rPr>
      </w:pPr>
      <w:r w:rsidRPr="007020E0">
        <w:rPr>
          <w:sz w:val="24"/>
          <w:szCs w:val="24"/>
        </w:rPr>
        <w:t>This is where influence becomes measurable.</w:t>
      </w:r>
    </w:p>
    <w:p w14:paraId="506DC93F" w14:textId="77777777" w:rsidR="00C27A39" w:rsidRPr="007020E0" w:rsidRDefault="00000000" w:rsidP="007020E0">
      <w:pPr>
        <w:spacing w:before="240"/>
        <w:rPr>
          <w:sz w:val="24"/>
          <w:szCs w:val="24"/>
        </w:rPr>
      </w:pPr>
      <w:r w:rsidRPr="007020E0">
        <w:rPr>
          <w:sz w:val="24"/>
          <w:szCs w:val="24"/>
        </w:rPr>
        <w:lastRenderedPageBreak/>
        <w:t>Impact can be big.</w:t>
      </w:r>
    </w:p>
    <w:p w14:paraId="1ECE581F" w14:textId="77777777" w:rsidR="00C27A39" w:rsidRPr="007020E0" w:rsidRDefault="00000000" w:rsidP="007020E0">
      <w:pPr>
        <w:pStyle w:val="ListBullet"/>
        <w:spacing w:before="240" w:after="40"/>
        <w:rPr>
          <w:sz w:val="24"/>
          <w:szCs w:val="24"/>
        </w:rPr>
      </w:pPr>
      <w:r w:rsidRPr="007020E0">
        <w:rPr>
          <w:sz w:val="24"/>
          <w:szCs w:val="24"/>
        </w:rPr>
        <w:t>tuition or fees;</w:t>
      </w:r>
    </w:p>
    <w:p w14:paraId="6D1755C1" w14:textId="77777777" w:rsidR="00C27A39" w:rsidRPr="007020E0" w:rsidRDefault="00000000" w:rsidP="007020E0">
      <w:pPr>
        <w:pStyle w:val="ListBullet"/>
        <w:spacing w:before="240" w:after="40"/>
        <w:rPr>
          <w:sz w:val="24"/>
          <w:szCs w:val="24"/>
        </w:rPr>
      </w:pPr>
      <w:r w:rsidRPr="007020E0">
        <w:rPr>
          <w:sz w:val="24"/>
          <w:szCs w:val="24"/>
        </w:rPr>
        <w:t>housing costs;</w:t>
      </w:r>
    </w:p>
    <w:p w14:paraId="3341CBAB" w14:textId="77777777" w:rsidR="00C27A39" w:rsidRPr="007020E0" w:rsidRDefault="00000000" w:rsidP="007020E0">
      <w:pPr>
        <w:pStyle w:val="ListBullet"/>
        <w:spacing w:before="240" w:after="40"/>
        <w:rPr>
          <w:sz w:val="24"/>
          <w:szCs w:val="24"/>
        </w:rPr>
      </w:pPr>
      <w:r w:rsidRPr="007020E0">
        <w:rPr>
          <w:sz w:val="24"/>
          <w:szCs w:val="24"/>
        </w:rPr>
        <w:t>financial aid;</w:t>
      </w:r>
    </w:p>
    <w:p w14:paraId="7E2F3104" w14:textId="77777777" w:rsidR="00C27A39" w:rsidRPr="007020E0" w:rsidRDefault="00000000" w:rsidP="007020E0">
      <w:pPr>
        <w:pStyle w:val="ListBullet"/>
        <w:spacing w:before="240" w:after="40"/>
        <w:rPr>
          <w:sz w:val="24"/>
          <w:szCs w:val="24"/>
        </w:rPr>
      </w:pPr>
      <w:r w:rsidRPr="007020E0">
        <w:rPr>
          <w:sz w:val="24"/>
          <w:szCs w:val="24"/>
        </w:rPr>
        <w:t>major campus projects;</w:t>
      </w:r>
    </w:p>
    <w:p w14:paraId="737854BF" w14:textId="77777777" w:rsidR="00C27A39" w:rsidRPr="007020E0" w:rsidRDefault="00000000" w:rsidP="007020E0">
      <w:pPr>
        <w:pStyle w:val="ListBullet"/>
        <w:spacing w:before="240" w:after="40"/>
        <w:rPr>
          <w:sz w:val="24"/>
          <w:szCs w:val="24"/>
        </w:rPr>
      </w:pPr>
      <w:r w:rsidRPr="007020E0">
        <w:rPr>
          <w:sz w:val="24"/>
          <w:szCs w:val="24"/>
        </w:rPr>
        <w:t>institutional policies;</w:t>
      </w:r>
    </w:p>
    <w:p w14:paraId="6A580B9C" w14:textId="77777777" w:rsidR="00C27A39" w:rsidRPr="007020E0" w:rsidRDefault="00000000" w:rsidP="007020E0">
      <w:pPr>
        <w:pStyle w:val="ListBullet"/>
        <w:spacing w:before="240" w:after="40"/>
        <w:rPr>
          <w:sz w:val="24"/>
          <w:szCs w:val="24"/>
        </w:rPr>
      </w:pPr>
      <w:r w:rsidRPr="007020E0">
        <w:rPr>
          <w:sz w:val="24"/>
          <w:szCs w:val="24"/>
        </w:rPr>
        <w:t>food service contracts;</w:t>
      </w:r>
    </w:p>
    <w:p w14:paraId="4EC252FC" w14:textId="77777777" w:rsidR="00C27A39" w:rsidRPr="007020E0" w:rsidRDefault="00000000" w:rsidP="007020E0">
      <w:pPr>
        <w:pStyle w:val="ListBullet"/>
        <w:spacing w:before="240" w:after="40"/>
        <w:rPr>
          <w:sz w:val="24"/>
          <w:szCs w:val="24"/>
        </w:rPr>
      </w:pPr>
      <w:r w:rsidRPr="007020E0">
        <w:rPr>
          <w:sz w:val="24"/>
          <w:szCs w:val="24"/>
        </w:rPr>
        <w:t>campus safety;</w:t>
      </w:r>
    </w:p>
    <w:p w14:paraId="0FF67C4B" w14:textId="77777777" w:rsidR="00C27A39" w:rsidRPr="007020E0" w:rsidRDefault="00000000" w:rsidP="007020E0">
      <w:pPr>
        <w:pStyle w:val="ListBullet"/>
        <w:spacing w:before="240" w:after="40"/>
        <w:rPr>
          <w:sz w:val="24"/>
          <w:szCs w:val="24"/>
        </w:rPr>
      </w:pPr>
      <w:r w:rsidRPr="007020E0">
        <w:rPr>
          <w:sz w:val="24"/>
          <w:szCs w:val="24"/>
        </w:rPr>
        <w:t>or major student services.</w:t>
      </w:r>
    </w:p>
    <w:p w14:paraId="7E0B0E8D" w14:textId="0BDB0D3F" w:rsidR="00C27A39" w:rsidRPr="007020E0" w:rsidRDefault="00000000" w:rsidP="007020E0">
      <w:pPr>
        <w:spacing w:before="240"/>
        <w:rPr>
          <w:sz w:val="24"/>
          <w:szCs w:val="24"/>
        </w:rPr>
      </w:pPr>
      <w:r w:rsidRPr="007020E0">
        <w:rPr>
          <w:sz w:val="24"/>
          <w:szCs w:val="24"/>
        </w:rPr>
        <w:t>But impact does</w:t>
      </w:r>
      <w:r w:rsidR="007020E0">
        <w:rPr>
          <w:sz w:val="24"/>
          <w:szCs w:val="24"/>
        </w:rPr>
        <w:t>n’</w:t>
      </w:r>
      <w:r w:rsidRPr="007020E0">
        <w:rPr>
          <w:sz w:val="24"/>
          <w:szCs w:val="24"/>
        </w:rPr>
        <w:t>t have to be earth-shattering.</w:t>
      </w:r>
    </w:p>
    <w:p w14:paraId="093A381A" w14:textId="77777777" w:rsidR="00C27A39" w:rsidRPr="007020E0" w:rsidRDefault="00000000" w:rsidP="007020E0">
      <w:pPr>
        <w:spacing w:before="240"/>
        <w:rPr>
          <w:sz w:val="24"/>
          <w:szCs w:val="24"/>
        </w:rPr>
      </w:pPr>
      <w:r w:rsidRPr="007020E0">
        <w:rPr>
          <w:sz w:val="24"/>
          <w:szCs w:val="24"/>
        </w:rPr>
        <w:t>Maybe your SG convinced the dining service to improve food quality.</w:t>
      </w:r>
    </w:p>
    <w:p w14:paraId="1987011C" w14:textId="77777777" w:rsidR="00C27A39" w:rsidRPr="007020E0" w:rsidRDefault="00000000" w:rsidP="007020E0">
      <w:pPr>
        <w:spacing w:before="240"/>
        <w:rPr>
          <w:sz w:val="24"/>
          <w:szCs w:val="24"/>
        </w:rPr>
      </w:pPr>
      <w:r w:rsidRPr="007020E0">
        <w:rPr>
          <w:sz w:val="24"/>
          <w:szCs w:val="24"/>
        </w:rPr>
        <w:t>Maybe you got better toilet paper in residence halls.</w:t>
      </w:r>
    </w:p>
    <w:p w14:paraId="6B424378" w14:textId="77777777" w:rsidR="00C27A39" w:rsidRPr="007020E0" w:rsidRDefault="00000000" w:rsidP="007020E0">
      <w:pPr>
        <w:spacing w:before="240"/>
        <w:rPr>
          <w:sz w:val="24"/>
          <w:szCs w:val="24"/>
        </w:rPr>
      </w:pPr>
      <w:r w:rsidRPr="007020E0">
        <w:rPr>
          <w:sz w:val="24"/>
          <w:szCs w:val="24"/>
        </w:rPr>
        <w:t>Maybe you persuaded the library to stay open later.</w:t>
      </w:r>
    </w:p>
    <w:p w14:paraId="68234A8D" w14:textId="77777777" w:rsidR="00C27A39" w:rsidRPr="007020E0" w:rsidRDefault="00000000" w:rsidP="007020E0">
      <w:pPr>
        <w:spacing w:before="240"/>
        <w:rPr>
          <w:sz w:val="24"/>
          <w:szCs w:val="24"/>
        </w:rPr>
      </w:pPr>
      <w:r w:rsidRPr="007020E0">
        <w:rPr>
          <w:sz w:val="24"/>
          <w:szCs w:val="24"/>
        </w:rPr>
        <w:t xml:space="preserve">Maybe </w:t>
      </w:r>
      <w:proofErr w:type="gramStart"/>
      <w:r w:rsidRPr="007020E0">
        <w:rPr>
          <w:sz w:val="24"/>
          <w:szCs w:val="24"/>
        </w:rPr>
        <w:t>you got</w:t>
      </w:r>
      <w:proofErr w:type="gramEnd"/>
      <w:r w:rsidRPr="007020E0">
        <w:rPr>
          <w:sz w:val="24"/>
          <w:szCs w:val="24"/>
        </w:rPr>
        <w:t xml:space="preserve"> more charging stations installed.</w:t>
      </w:r>
    </w:p>
    <w:p w14:paraId="2CEFFC15" w14:textId="77777777" w:rsidR="00C27A39" w:rsidRPr="007020E0" w:rsidRDefault="00000000" w:rsidP="007020E0">
      <w:pPr>
        <w:spacing w:before="240"/>
        <w:rPr>
          <w:sz w:val="24"/>
          <w:szCs w:val="24"/>
        </w:rPr>
      </w:pPr>
      <w:r w:rsidRPr="007020E0">
        <w:rPr>
          <w:sz w:val="24"/>
          <w:szCs w:val="24"/>
        </w:rPr>
        <w:t>Maybe you helped fix a frustrating student-service procedure.</w:t>
      </w:r>
    </w:p>
    <w:p w14:paraId="0DA68AF2" w14:textId="77777777" w:rsidR="00C27A39" w:rsidRPr="007020E0" w:rsidRDefault="00000000" w:rsidP="007020E0">
      <w:pPr>
        <w:spacing w:before="240"/>
        <w:rPr>
          <w:sz w:val="24"/>
          <w:szCs w:val="24"/>
        </w:rPr>
      </w:pPr>
      <w:r w:rsidRPr="007020E0">
        <w:rPr>
          <w:sz w:val="24"/>
          <w:szCs w:val="24"/>
        </w:rPr>
        <w:t>Those changes may not make the front page of the campus newspaper.</w:t>
      </w:r>
    </w:p>
    <w:p w14:paraId="492D2D2C" w14:textId="77777777" w:rsidR="00C27A39" w:rsidRPr="007020E0" w:rsidRDefault="00000000" w:rsidP="007020E0">
      <w:pPr>
        <w:spacing w:before="240"/>
        <w:rPr>
          <w:sz w:val="24"/>
          <w:szCs w:val="24"/>
        </w:rPr>
      </w:pPr>
      <w:r w:rsidRPr="007020E0">
        <w:rPr>
          <w:b/>
          <w:sz w:val="24"/>
          <w:szCs w:val="24"/>
        </w:rPr>
        <w:t>They still matter to students.</w:t>
      </w:r>
    </w:p>
    <w:p w14:paraId="652AC0DB" w14:textId="163DED3C" w:rsidR="00C27A39" w:rsidRPr="007020E0" w:rsidRDefault="00000000" w:rsidP="007020E0">
      <w:pPr>
        <w:spacing w:before="240"/>
        <w:rPr>
          <w:sz w:val="24"/>
          <w:szCs w:val="24"/>
        </w:rPr>
      </w:pPr>
      <w:r w:rsidRPr="007020E0">
        <w:rPr>
          <w:sz w:val="24"/>
          <w:szCs w:val="24"/>
        </w:rPr>
        <w:t>The size of the change is</w:t>
      </w:r>
      <w:r w:rsidR="007020E0">
        <w:rPr>
          <w:sz w:val="24"/>
          <w:szCs w:val="24"/>
        </w:rPr>
        <w:t>n’</w:t>
      </w:r>
      <w:r w:rsidRPr="007020E0">
        <w:rPr>
          <w:sz w:val="24"/>
          <w:szCs w:val="24"/>
        </w:rPr>
        <w:t>t the same thing as the strength of your influence.</w:t>
      </w:r>
    </w:p>
    <w:p w14:paraId="34358387" w14:textId="77777777" w:rsidR="00C27A39" w:rsidRPr="007020E0" w:rsidRDefault="00000000" w:rsidP="007020E0">
      <w:pPr>
        <w:spacing w:before="240"/>
        <w:rPr>
          <w:sz w:val="24"/>
          <w:szCs w:val="24"/>
        </w:rPr>
      </w:pPr>
      <w:r w:rsidRPr="007020E0">
        <w:rPr>
          <w:sz w:val="24"/>
          <w:szCs w:val="24"/>
        </w:rPr>
        <w:t>A small change that happened because your SG identified a problem and successfully pushed for a solution is still evidence that your SG can make things happen.</w:t>
      </w:r>
    </w:p>
    <w:p w14:paraId="04039016" w14:textId="77777777" w:rsidR="00C27A39" w:rsidRPr="007020E0" w:rsidRDefault="00000000" w:rsidP="007020E0">
      <w:pPr>
        <w:spacing w:before="240"/>
        <w:rPr>
          <w:sz w:val="24"/>
          <w:szCs w:val="24"/>
        </w:rPr>
      </w:pPr>
      <w:r w:rsidRPr="007020E0">
        <w:rPr>
          <w:b/>
          <w:sz w:val="24"/>
          <w:szCs w:val="24"/>
        </w:rPr>
        <w:t>Did something change because your Student Government got involved?</w:t>
      </w:r>
    </w:p>
    <w:p w14:paraId="17BB5EC2" w14:textId="77777777" w:rsidR="00C27A39" w:rsidRPr="007020E0" w:rsidRDefault="00000000" w:rsidP="007020E0">
      <w:pPr>
        <w:pStyle w:val="Heading1"/>
        <w:spacing w:before="240"/>
        <w:jc w:val="center"/>
        <w:rPr>
          <w:sz w:val="56"/>
          <w:szCs w:val="56"/>
        </w:rPr>
      </w:pPr>
      <w:r w:rsidRPr="007020E0">
        <w:rPr>
          <w:sz w:val="56"/>
          <w:szCs w:val="56"/>
        </w:rPr>
        <w:t xml:space="preserve">7. LOOK FOR </w:t>
      </w:r>
      <w:proofErr w:type="gramStart"/>
      <w:r w:rsidRPr="007020E0">
        <w:rPr>
          <w:sz w:val="56"/>
          <w:szCs w:val="56"/>
        </w:rPr>
        <w:t>THE EVIDENCE</w:t>
      </w:r>
      <w:proofErr w:type="gramEnd"/>
    </w:p>
    <w:p w14:paraId="0A2EE5E3" w14:textId="77777777" w:rsidR="00C27A39" w:rsidRPr="007020E0" w:rsidRDefault="00000000" w:rsidP="007020E0">
      <w:pPr>
        <w:spacing w:before="240"/>
        <w:jc w:val="center"/>
        <w:rPr>
          <w:sz w:val="32"/>
          <w:szCs w:val="32"/>
        </w:rPr>
      </w:pPr>
      <w:r w:rsidRPr="007020E0">
        <w:rPr>
          <w:b/>
          <w:sz w:val="32"/>
          <w:szCs w:val="32"/>
        </w:rPr>
        <w:t>Don’t Measure Activity. Measure Results.</w:t>
      </w:r>
    </w:p>
    <w:p w14:paraId="4435EBCA" w14:textId="77777777" w:rsidR="00C27A39" w:rsidRPr="007020E0" w:rsidRDefault="00000000" w:rsidP="007020E0">
      <w:pPr>
        <w:spacing w:before="240"/>
        <w:rPr>
          <w:sz w:val="24"/>
          <w:szCs w:val="24"/>
        </w:rPr>
      </w:pPr>
      <w:r w:rsidRPr="007020E0">
        <w:rPr>
          <w:sz w:val="24"/>
          <w:szCs w:val="24"/>
        </w:rPr>
        <w:t>It is easy to confuse activity with influence.</w:t>
      </w:r>
    </w:p>
    <w:p w14:paraId="63A3724E" w14:textId="77777777" w:rsidR="00C27A39" w:rsidRPr="007020E0" w:rsidRDefault="00000000" w:rsidP="007020E0">
      <w:pPr>
        <w:spacing w:before="240"/>
        <w:rPr>
          <w:sz w:val="24"/>
          <w:szCs w:val="24"/>
        </w:rPr>
      </w:pPr>
      <w:r w:rsidRPr="007020E0">
        <w:rPr>
          <w:sz w:val="24"/>
          <w:szCs w:val="24"/>
        </w:rPr>
        <w:t>Your SG may have:</w:t>
      </w:r>
    </w:p>
    <w:p w14:paraId="106516F2" w14:textId="71D1DDD6" w:rsidR="00C27A39" w:rsidRPr="007020E0" w:rsidRDefault="00000000" w:rsidP="007020E0">
      <w:pPr>
        <w:spacing w:before="240"/>
        <w:rPr>
          <w:sz w:val="24"/>
          <w:szCs w:val="24"/>
        </w:rPr>
      </w:pPr>
      <w:r w:rsidRPr="007020E0">
        <w:rPr>
          <w:b/>
          <w:sz w:val="24"/>
          <w:szCs w:val="24"/>
        </w:rPr>
        <w:t>Met with the dean. That</w:t>
      </w:r>
      <w:r w:rsidR="00E76610">
        <w:rPr>
          <w:b/>
          <w:sz w:val="24"/>
          <w:szCs w:val="24"/>
        </w:rPr>
        <w:t>’</w:t>
      </w:r>
      <w:r w:rsidRPr="007020E0">
        <w:rPr>
          <w:b/>
          <w:sz w:val="24"/>
          <w:szCs w:val="24"/>
        </w:rPr>
        <w:t>s activity and access.</w:t>
      </w:r>
    </w:p>
    <w:p w14:paraId="112DF804" w14:textId="11B688B0" w:rsidR="00C27A39" w:rsidRPr="007020E0" w:rsidRDefault="00000000" w:rsidP="007020E0">
      <w:pPr>
        <w:spacing w:before="240"/>
        <w:rPr>
          <w:sz w:val="24"/>
          <w:szCs w:val="24"/>
        </w:rPr>
      </w:pPr>
      <w:r w:rsidRPr="007020E0">
        <w:rPr>
          <w:b/>
          <w:sz w:val="24"/>
          <w:szCs w:val="24"/>
        </w:rPr>
        <w:t>Presented the dean with student survey results. That</w:t>
      </w:r>
      <w:r w:rsidR="00E76610">
        <w:rPr>
          <w:b/>
          <w:sz w:val="24"/>
          <w:szCs w:val="24"/>
        </w:rPr>
        <w:t>’</w:t>
      </w:r>
      <w:r w:rsidRPr="007020E0">
        <w:rPr>
          <w:b/>
          <w:sz w:val="24"/>
          <w:szCs w:val="24"/>
        </w:rPr>
        <w:t>s input.</w:t>
      </w:r>
    </w:p>
    <w:p w14:paraId="2B906A7A" w14:textId="48926578" w:rsidR="00C27A39" w:rsidRPr="007020E0" w:rsidRDefault="00000000" w:rsidP="007020E0">
      <w:pPr>
        <w:spacing w:before="240"/>
        <w:rPr>
          <w:sz w:val="24"/>
          <w:szCs w:val="24"/>
        </w:rPr>
      </w:pPr>
      <w:r w:rsidRPr="007020E0">
        <w:rPr>
          <w:b/>
          <w:sz w:val="24"/>
          <w:szCs w:val="24"/>
        </w:rPr>
        <w:lastRenderedPageBreak/>
        <w:t>The dean changed the policy after reviewing the results. That</w:t>
      </w:r>
      <w:r w:rsidR="00E76610">
        <w:rPr>
          <w:b/>
          <w:sz w:val="24"/>
          <w:szCs w:val="24"/>
        </w:rPr>
        <w:t>’</w:t>
      </w:r>
      <w:r w:rsidRPr="007020E0">
        <w:rPr>
          <w:b/>
          <w:sz w:val="24"/>
          <w:szCs w:val="24"/>
        </w:rPr>
        <w:t>s influence.</w:t>
      </w:r>
    </w:p>
    <w:p w14:paraId="5E518690" w14:textId="57A3C449" w:rsidR="00C27A39" w:rsidRPr="007020E0" w:rsidRDefault="00000000" w:rsidP="007020E0">
      <w:pPr>
        <w:spacing w:before="240"/>
        <w:rPr>
          <w:sz w:val="24"/>
          <w:szCs w:val="24"/>
        </w:rPr>
      </w:pPr>
      <w:r w:rsidRPr="007020E0">
        <w:rPr>
          <w:b/>
          <w:sz w:val="24"/>
          <w:szCs w:val="24"/>
        </w:rPr>
        <w:t>Students benefited from the change. That</w:t>
      </w:r>
      <w:r w:rsidR="00E76610">
        <w:rPr>
          <w:b/>
          <w:sz w:val="24"/>
          <w:szCs w:val="24"/>
        </w:rPr>
        <w:t>’</w:t>
      </w:r>
      <w:r w:rsidRPr="007020E0">
        <w:rPr>
          <w:b/>
          <w:sz w:val="24"/>
          <w:szCs w:val="24"/>
        </w:rPr>
        <w:t>s impact.</w:t>
      </w:r>
    </w:p>
    <w:p w14:paraId="78A41DA6" w14:textId="77777777" w:rsidR="00C27A39" w:rsidRPr="007020E0" w:rsidRDefault="00000000" w:rsidP="007020E0">
      <w:pPr>
        <w:spacing w:before="240"/>
        <w:rPr>
          <w:sz w:val="24"/>
          <w:szCs w:val="24"/>
        </w:rPr>
      </w:pPr>
      <w:r w:rsidRPr="007020E0">
        <w:rPr>
          <w:sz w:val="24"/>
          <w:szCs w:val="24"/>
        </w:rPr>
        <w:t>The same principle applies to meetings, resolutions, committee appointments, surveys, reports, and other SG activities.</w:t>
      </w:r>
    </w:p>
    <w:p w14:paraId="4B125341" w14:textId="77777777" w:rsidR="00C27A39" w:rsidRPr="007020E0" w:rsidRDefault="00000000" w:rsidP="007020E0">
      <w:pPr>
        <w:spacing w:before="240"/>
        <w:rPr>
          <w:sz w:val="24"/>
          <w:szCs w:val="24"/>
        </w:rPr>
      </w:pPr>
      <w:r w:rsidRPr="007020E0">
        <w:rPr>
          <w:b/>
          <w:sz w:val="24"/>
          <w:szCs w:val="24"/>
        </w:rPr>
        <w:t>Keep asking: What happened next?</w:t>
      </w:r>
    </w:p>
    <w:p w14:paraId="1910B876" w14:textId="77777777" w:rsidR="00C27A39" w:rsidRPr="007020E0" w:rsidRDefault="00000000" w:rsidP="007020E0">
      <w:pPr>
        <w:spacing w:before="240"/>
        <w:rPr>
          <w:sz w:val="24"/>
          <w:szCs w:val="24"/>
        </w:rPr>
      </w:pPr>
      <w:r w:rsidRPr="007020E0">
        <w:rPr>
          <w:sz w:val="24"/>
          <w:szCs w:val="24"/>
        </w:rPr>
        <w:t>That question can tell you much more about your SG’s influence than a list of everything your SG did during the year.</w:t>
      </w:r>
    </w:p>
    <w:p w14:paraId="31814429" w14:textId="77777777" w:rsidR="00C27A39" w:rsidRPr="007020E0" w:rsidRDefault="00000000" w:rsidP="007020E0">
      <w:pPr>
        <w:pStyle w:val="Heading1"/>
        <w:spacing w:before="240"/>
        <w:jc w:val="center"/>
        <w:rPr>
          <w:sz w:val="56"/>
          <w:szCs w:val="56"/>
        </w:rPr>
      </w:pPr>
      <w:r w:rsidRPr="007020E0">
        <w:rPr>
          <w:sz w:val="56"/>
          <w:szCs w:val="56"/>
        </w:rPr>
        <w:t>YOUR SG’S IMPACT RECORD</w:t>
      </w:r>
    </w:p>
    <w:p w14:paraId="4720A2B3" w14:textId="77777777" w:rsidR="00C27A39" w:rsidRPr="007020E0" w:rsidRDefault="00000000" w:rsidP="007020E0">
      <w:pPr>
        <w:spacing w:before="240"/>
        <w:rPr>
          <w:sz w:val="24"/>
          <w:szCs w:val="24"/>
        </w:rPr>
      </w:pPr>
      <w:r w:rsidRPr="007020E0">
        <w:rPr>
          <w:sz w:val="24"/>
          <w:szCs w:val="24"/>
        </w:rPr>
        <w:t>Pick several important issues your SG worked on this year. For each one, record what happened.</w:t>
      </w:r>
    </w:p>
    <w:p w14:paraId="4A0E83A5" w14:textId="7AEE8C0E" w:rsidR="00C27A39" w:rsidRPr="007020E0" w:rsidRDefault="00000000" w:rsidP="007020E0">
      <w:pPr>
        <w:spacing w:before="240" w:after="60"/>
        <w:ind w:left="259"/>
        <w:rPr>
          <w:sz w:val="24"/>
          <w:szCs w:val="24"/>
        </w:rPr>
      </w:pPr>
      <w:r w:rsidRPr="007020E0">
        <w:rPr>
          <w:b/>
          <w:sz w:val="24"/>
          <w:szCs w:val="24"/>
        </w:rPr>
        <w:t>• ISSUE:</w:t>
      </w:r>
      <w:r w:rsidR="007020E0">
        <w:rPr>
          <w:b/>
          <w:sz w:val="24"/>
          <w:szCs w:val="24"/>
        </w:rPr>
        <w:br/>
      </w:r>
      <w:r w:rsidRPr="00E76610">
        <w:rPr>
          <w:bCs/>
          <w:sz w:val="24"/>
          <w:szCs w:val="24"/>
        </w:rPr>
        <w:t>What problem or opportunity did your SG address?</w:t>
      </w:r>
    </w:p>
    <w:p w14:paraId="29DD29E2" w14:textId="6EEC5FA2" w:rsidR="00C27A39" w:rsidRPr="007020E0" w:rsidRDefault="00000000" w:rsidP="007020E0">
      <w:pPr>
        <w:spacing w:before="240" w:after="60"/>
        <w:ind w:left="259"/>
        <w:rPr>
          <w:sz w:val="24"/>
          <w:szCs w:val="24"/>
        </w:rPr>
      </w:pPr>
      <w:r w:rsidRPr="007020E0">
        <w:rPr>
          <w:b/>
          <w:sz w:val="24"/>
          <w:szCs w:val="24"/>
        </w:rPr>
        <w:t>• YOUR SG’S ACTION:</w:t>
      </w:r>
      <w:r w:rsidR="007020E0">
        <w:rPr>
          <w:b/>
          <w:sz w:val="24"/>
          <w:szCs w:val="24"/>
        </w:rPr>
        <w:br/>
      </w:r>
      <w:r w:rsidRPr="00E76610">
        <w:rPr>
          <w:bCs/>
          <w:sz w:val="24"/>
          <w:szCs w:val="24"/>
        </w:rPr>
        <w:t xml:space="preserve">What did your SG </w:t>
      </w:r>
      <w:proofErr w:type="gramStart"/>
      <w:r w:rsidRPr="00E76610">
        <w:rPr>
          <w:bCs/>
          <w:sz w:val="24"/>
          <w:szCs w:val="24"/>
        </w:rPr>
        <w:t>actually do</w:t>
      </w:r>
      <w:proofErr w:type="gramEnd"/>
      <w:r w:rsidRPr="00E76610">
        <w:rPr>
          <w:bCs/>
          <w:sz w:val="24"/>
          <w:szCs w:val="24"/>
        </w:rPr>
        <w:t>?</w:t>
      </w:r>
    </w:p>
    <w:p w14:paraId="249C8DE2" w14:textId="25F85987" w:rsidR="00C27A39" w:rsidRPr="007020E0" w:rsidRDefault="00000000" w:rsidP="007020E0">
      <w:pPr>
        <w:spacing w:before="240" w:after="60"/>
        <w:ind w:left="259"/>
        <w:rPr>
          <w:sz w:val="24"/>
          <w:szCs w:val="24"/>
        </w:rPr>
      </w:pPr>
      <w:r w:rsidRPr="007020E0">
        <w:rPr>
          <w:b/>
          <w:sz w:val="24"/>
          <w:szCs w:val="24"/>
        </w:rPr>
        <w:t>• WHO MADE THE FINAL DECISION?</w:t>
      </w:r>
      <w:r w:rsidR="007020E0">
        <w:rPr>
          <w:b/>
          <w:sz w:val="24"/>
          <w:szCs w:val="24"/>
        </w:rPr>
        <w:br/>
      </w:r>
      <w:r w:rsidRPr="00E76610">
        <w:rPr>
          <w:bCs/>
          <w:sz w:val="24"/>
          <w:szCs w:val="24"/>
        </w:rPr>
        <w:t>Who had the authority to approve, reject, or change the outcome?</w:t>
      </w:r>
    </w:p>
    <w:p w14:paraId="24FBD538" w14:textId="740C8C4D" w:rsidR="00C27A39" w:rsidRPr="007020E0" w:rsidRDefault="00000000" w:rsidP="007020E0">
      <w:pPr>
        <w:spacing w:before="240" w:after="60"/>
        <w:ind w:left="259"/>
        <w:rPr>
          <w:sz w:val="24"/>
          <w:szCs w:val="24"/>
        </w:rPr>
      </w:pPr>
      <w:r w:rsidRPr="007020E0">
        <w:rPr>
          <w:b/>
          <w:sz w:val="24"/>
          <w:szCs w:val="24"/>
        </w:rPr>
        <w:t xml:space="preserve">• WHAT CHANGED? </w:t>
      </w:r>
      <w:r w:rsidR="007020E0">
        <w:rPr>
          <w:b/>
          <w:sz w:val="24"/>
          <w:szCs w:val="24"/>
        </w:rPr>
        <w:br/>
      </w:r>
      <w:r w:rsidRPr="00E76610">
        <w:rPr>
          <w:bCs/>
          <w:sz w:val="24"/>
          <w:szCs w:val="24"/>
        </w:rPr>
        <w:t>What happened because your SG got involved?</w:t>
      </w:r>
    </w:p>
    <w:p w14:paraId="6C2F8F12" w14:textId="6DFD0F17" w:rsidR="00C27A39" w:rsidRPr="007020E0" w:rsidRDefault="00000000" w:rsidP="007020E0">
      <w:pPr>
        <w:spacing w:before="240" w:after="60"/>
        <w:ind w:left="259"/>
        <w:rPr>
          <w:sz w:val="24"/>
          <w:szCs w:val="24"/>
        </w:rPr>
      </w:pPr>
      <w:r w:rsidRPr="007020E0">
        <w:rPr>
          <w:b/>
          <w:sz w:val="24"/>
          <w:szCs w:val="24"/>
        </w:rPr>
        <w:t>• EVIDENCE:</w:t>
      </w:r>
      <w:r w:rsidR="007020E0">
        <w:rPr>
          <w:b/>
          <w:sz w:val="24"/>
          <w:szCs w:val="24"/>
        </w:rPr>
        <w:br/>
      </w:r>
      <w:r w:rsidRPr="00E76610">
        <w:rPr>
          <w:bCs/>
          <w:sz w:val="24"/>
          <w:szCs w:val="24"/>
        </w:rPr>
        <w:t>What can you point to that proves the change?</w:t>
      </w:r>
    </w:p>
    <w:p w14:paraId="77909B8C" w14:textId="05B67B30" w:rsidR="00C27A39" w:rsidRPr="007020E0" w:rsidRDefault="00000000" w:rsidP="007020E0">
      <w:pPr>
        <w:spacing w:before="240" w:after="60"/>
        <w:ind w:left="259"/>
        <w:rPr>
          <w:sz w:val="24"/>
          <w:szCs w:val="24"/>
        </w:rPr>
      </w:pPr>
      <w:r w:rsidRPr="007020E0">
        <w:rPr>
          <w:b/>
          <w:sz w:val="24"/>
          <w:szCs w:val="24"/>
        </w:rPr>
        <w:t>• STUDENT IMPACT:</w:t>
      </w:r>
      <w:r w:rsidR="007020E0">
        <w:rPr>
          <w:b/>
          <w:sz w:val="24"/>
          <w:szCs w:val="24"/>
        </w:rPr>
        <w:br/>
      </w:r>
      <w:r w:rsidRPr="00E76610">
        <w:rPr>
          <w:bCs/>
          <w:sz w:val="24"/>
          <w:szCs w:val="24"/>
        </w:rPr>
        <w:t>How did the change affect students?</w:t>
      </w:r>
      <w:r w:rsidR="007020E0">
        <w:rPr>
          <w:b/>
          <w:sz w:val="24"/>
          <w:szCs w:val="24"/>
        </w:rPr>
        <w:br/>
      </w:r>
      <w:r w:rsidR="007020E0">
        <w:rPr>
          <w:b/>
          <w:sz w:val="24"/>
          <w:szCs w:val="24"/>
        </w:rPr>
        <w:br/>
      </w:r>
    </w:p>
    <w:p w14:paraId="01AC4D5D" w14:textId="77777777" w:rsidR="00C27A39" w:rsidRPr="007020E0" w:rsidRDefault="00000000" w:rsidP="007020E0">
      <w:pPr>
        <w:pStyle w:val="Heading1"/>
        <w:spacing w:before="240"/>
        <w:jc w:val="center"/>
        <w:rPr>
          <w:sz w:val="56"/>
          <w:szCs w:val="56"/>
        </w:rPr>
      </w:pPr>
      <w:r w:rsidRPr="007020E0">
        <w:rPr>
          <w:sz w:val="56"/>
          <w:szCs w:val="56"/>
        </w:rPr>
        <w:t>A BETTER WAY TO THINK ABOUT INFLUENCE</w:t>
      </w:r>
    </w:p>
    <w:p w14:paraId="4A2093DE" w14:textId="77777777" w:rsidR="00C27A39" w:rsidRPr="007020E0" w:rsidRDefault="00000000" w:rsidP="007020E0">
      <w:pPr>
        <w:spacing w:before="240"/>
        <w:rPr>
          <w:sz w:val="24"/>
          <w:szCs w:val="24"/>
        </w:rPr>
      </w:pPr>
      <w:r w:rsidRPr="007020E0">
        <w:rPr>
          <w:sz w:val="24"/>
          <w:szCs w:val="24"/>
        </w:rPr>
        <w:t>You can think about your SG’s influence as a progression:</w:t>
      </w:r>
    </w:p>
    <w:p w14:paraId="5ED5967F" w14:textId="77777777" w:rsidR="00C27A39" w:rsidRPr="007020E0" w:rsidRDefault="00000000" w:rsidP="007020E0">
      <w:pPr>
        <w:spacing w:before="240"/>
        <w:rPr>
          <w:sz w:val="24"/>
          <w:szCs w:val="24"/>
        </w:rPr>
      </w:pPr>
      <w:r w:rsidRPr="007020E0">
        <w:rPr>
          <w:b/>
          <w:sz w:val="24"/>
          <w:szCs w:val="24"/>
        </w:rPr>
        <w:lastRenderedPageBreak/>
        <w:t>ACCESS. You can reach the people with institutional power.</w:t>
      </w:r>
    </w:p>
    <w:p w14:paraId="42FB77BA" w14:textId="77777777" w:rsidR="00C27A39" w:rsidRPr="007020E0" w:rsidRDefault="00000000" w:rsidP="007020E0">
      <w:pPr>
        <w:spacing w:before="240"/>
        <w:rPr>
          <w:sz w:val="24"/>
          <w:szCs w:val="24"/>
        </w:rPr>
      </w:pPr>
      <w:r w:rsidRPr="007020E0">
        <w:rPr>
          <w:b/>
          <w:sz w:val="24"/>
          <w:szCs w:val="24"/>
        </w:rPr>
        <w:t>INFORMATION. You know what is being considered before decisions are final.</w:t>
      </w:r>
    </w:p>
    <w:p w14:paraId="442D027F" w14:textId="77777777" w:rsidR="00C27A39" w:rsidRPr="007020E0" w:rsidRDefault="00000000" w:rsidP="007020E0">
      <w:pPr>
        <w:spacing w:before="240"/>
        <w:rPr>
          <w:sz w:val="24"/>
          <w:szCs w:val="24"/>
        </w:rPr>
      </w:pPr>
      <w:r w:rsidRPr="007020E0">
        <w:rPr>
          <w:b/>
          <w:sz w:val="24"/>
          <w:szCs w:val="24"/>
        </w:rPr>
        <w:t>INPUT. Decision-makers want your perspective and information.</w:t>
      </w:r>
    </w:p>
    <w:p w14:paraId="0DC59982" w14:textId="77777777" w:rsidR="00C27A39" w:rsidRPr="007020E0" w:rsidRDefault="00000000" w:rsidP="007020E0">
      <w:pPr>
        <w:spacing w:before="240"/>
        <w:rPr>
          <w:sz w:val="24"/>
          <w:szCs w:val="24"/>
        </w:rPr>
      </w:pPr>
      <w:r w:rsidRPr="007020E0">
        <w:rPr>
          <w:b/>
          <w:sz w:val="24"/>
          <w:szCs w:val="24"/>
        </w:rPr>
        <w:t>RECONSIDERATION. Your research, concerns, or recommendations can change a decision.</w:t>
      </w:r>
    </w:p>
    <w:p w14:paraId="709EBBC2" w14:textId="77777777" w:rsidR="00C27A39" w:rsidRPr="007020E0" w:rsidRDefault="00000000" w:rsidP="007020E0">
      <w:pPr>
        <w:spacing w:before="240"/>
        <w:rPr>
          <w:sz w:val="24"/>
          <w:szCs w:val="24"/>
        </w:rPr>
      </w:pPr>
      <w:r w:rsidRPr="007020E0">
        <w:rPr>
          <w:b/>
          <w:sz w:val="24"/>
          <w:szCs w:val="24"/>
        </w:rPr>
        <w:t>ACTION. Your SG can get something done.</w:t>
      </w:r>
    </w:p>
    <w:p w14:paraId="1495EFC6" w14:textId="77777777" w:rsidR="00C27A39" w:rsidRPr="007020E0" w:rsidRDefault="00000000" w:rsidP="007020E0">
      <w:pPr>
        <w:spacing w:before="240"/>
        <w:rPr>
          <w:sz w:val="24"/>
          <w:szCs w:val="24"/>
        </w:rPr>
      </w:pPr>
      <w:r w:rsidRPr="007020E0">
        <w:rPr>
          <w:b/>
          <w:sz w:val="24"/>
          <w:szCs w:val="24"/>
        </w:rPr>
        <w:t xml:space="preserve">IMPACT. Students experience </w:t>
      </w:r>
      <w:proofErr w:type="gramStart"/>
      <w:r w:rsidRPr="007020E0">
        <w:rPr>
          <w:b/>
          <w:sz w:val="24"/>
          <w:szCs w:val="24"/>
        </w:rPr>
        <w:t>a real</w:t>
      </w:r>
      <w:proofErr w:type="gramEnd"/>
      <w:r w:rsidRPr="007020E0">
        <w:rPr>
          <w:b/>
          <w:sz w:val="24"/>
          <w:szCs w:val="24"/>
        </w:rPr>
        <w:t xml:space="preserve"> change.</w:t>
      </w:r>
    </w:p>
    <w:p w14:paraId="571C40CA" w14:textId="551D8383" w:rsidR="00C27A39" w:rsidRPr="007020E0" w:rsidRDefault="00000000" w:rsidP="007020E0">
      <w:pPr>
        <w:spacing w:before="240"/>
        <w:rPr>
          <w:sz w:val="24"/>
          <w:szCs w:val="24"/>
        </w:rPr>
      </w:pPr>
      <w:r w:rsidRPr="007020E0">
        <w:rPr>
          <w:sz w:val="24"/>
          <w:szCs w:val="24"/>
        </w:rPr>
        <w:t>You do</w:t>
      </w:r>
      <w:r w:rsidR="00E76610">
        <w:rPr>
          <w:sz w:val="24"/>
          <w:szCs w:val="24"/>
        </w:rPr>
        <w:t>n’</w:t>
      </w:r>
      <w:r w:rsidRPr="007020E0">
        <w:rPr>
          <w:sz w:val="24"/>
          <w:szCs w:val="24"/>
        </w:rPr>
        <w:t>t have to be strong in every area to have influence.</w:t>
      </w:r>
    </w:p>
    <w:p w14:paraId="71EE789F" w14:textId="77777777" w:rsidR="00C27A39" w:rsidRPr="007020E0" w:rsidRDefault="00000000" w:rsidP="007020E0">
      <w:pPr>
        <w:spacing w:before="240"/>
        <w:rPr>
          <w:sz w:val="24"/>
          <w:szCs w:val="24"/>
        </w:rPr>
      </w:pPr>
      <w:r w:rsidRPr="007020E0">
        <w:rPr>
          <w:b/>
          <w:sz w:val="24"/>
          <w:szCs w:val="24"/>
        </w:rPr>
        <w:t xml:space="preserve">But if your SG has access to senior administrators, is regularly informed about important decisions, is asked for its input, can get decisions reconsidered, and can point to changes that happened because of </w:t>
      </w:r>
      <w:proofErr w:type="gramStart"/>
      <w:r w:rsidRPr="007020E0">
        <w:rPr>
          <w:b/>
          <w:sz w:val="24"/>
          <w:szCs w:val="24"/>
        </w:rPr>
        <w:t>its</w:t>
      </w:r>
      <w:proofErr w:type="gramEnd"/>
      <w:r w:rsidRPr="007020E0">
        <w:rPr>
          <w:b/>
          <w:sz w:val="24"/>
          <w:szCs w:val="24"/>
        </w:rPr>
        <w:t xml:space="preserve"> involvement, you have much stronger evidence of real influence.</w:t>
      </w:r>
    </w:p>
    <w:p w14:paraId="64965389" w14:textId="44A094F6" w:rsidR="00C27A39" w:rsidRPr="007020E0" w:rsidRDefault="007020E0" w:rsidP="007020E0">
      <w:pPr>
        <w:pStyle w:val="Heading1"/>
        <w:spacing w:before="240"/>
        <w:jc w:val="center"/>
        <w:rPr>
          <w:sz w:val="56"/>
          <w:szCs w:val="56"/>
        </w:rPr>
      </w:pPr>
      <w:r>
        <w:rPr>
          <w:sz w:val="56"/>
          <w:szCs w:val="56"/>
        </w:rPr>
        <w:br/>
      </w:r>
      <w:r w:rsidR="00000000" w:rsidRPr="007020E0">
        <w:rPr>
          <w:sz w:val="56"/>
          <w:szCs w:val="56"/>
        </w:rPr>
        <w:t>THE BOTTOM LINE</w:t>
      </w:r>
    </w:p>
    <w:p w14:paraId="760F9EA2" w14:textId="77777777" w:rsidR="00C27A39" w:rsidRPr="007020E0" w:rsidRDefault="00000000" w:rsidP="007020E0">
      <w:pPr>
        <w:spacing w:before="240"/>
        <w:rPr>
          <w:sz w:val="24"/>
          <w:szCs w:val="24"/>
        </w:rPr>
      </w:pPr>
      <w:r w:rsidRPr="007020E0">
        <w:rPr>
          <w:b/>
          <w:sz w:val="24"/>
          <w:szCs w:val="24"/>
        </w:rPr>
        <w:t>Don’t measure your SG by how busy it is.</w:t>
      </w:r>
    </w:p>
    <w:p w14:paraId="5045B452" w14:textId="77777777" w:rsidR="00C27A39" w:rsidRPr="007020E0" w:rsidRDefault="00000000" w:rsidP="007020E0">
      <w:pPr>
        <w:spacing w:before="240"/>
        <w:rPr>
          <w:sz w:val="24"/>
          <w:szCs w:val="24"/>
        </w:rPr>
      </w:pPr>
      <w:r w:rsidRPr="007020E0">
        <w:rPr>
          <w:sz w:val="24"/>
          <w:szCs w:val="24"/>
        </w:rPr>
        <w:t>Don’t count meetings just because they happened.</w:t>
      </w:r>
    </w:p>
    <w:p w14:paraId="1D239737" w14:textId="77777777" w:rsidR="00C27A39" w:rsidRPr="007020E0" w:rsidRDefault="00000000" w:rsidP="007020E0">
      <w:pPr>
        <w:spacing w:before="240"/>
        <w:rPr>
          <w:sz w:val="24"/>
          <w:szCs w:val="24"/>
        </w:rPr>
      </w:pPr>
      <w:r w:rsidRPr="007020E0">
        <w:rPr>
          <w:sz w:val="24"/>
          <w:szCs w:val="24"/>
        </w:rPr>
        <w:t>Don’t count committee seats just because you have them.</w:t>
      </w:r>
    </w:p>
    <w:p w14:paraId="796CE242" w14:textId="77777777" w:rsidR="00C27A39" w:rsidRPr="007020E0" w:rsidRDefault="00000000" w:rsidP="007020E0">
      <w:pPr>
        <w:spacing w:before="240"/>
        <w:rPr>
          <w:sz w:val="24"/>
          <w:szCs w:val="24"/>
        </w:rPr>
      </w:pPr>
      <w:r w:rsidRPr="007020E0">
        <w:rPr>
          <w:sz w:val="24"/>
          <w:szCs w:val="24"/>
        </w:rPr>
        <w:t>Don’t count a large budget just because your SG controls it.</w:t>
      </w:r>
    </w:p>
    <w:p w14:paraId="6130F08A" w14:textId="77777777" w:rsidR="00C27A39" w:rsidRPr="007020E0" w:rsidRDefault="00000000" w:rsidP="007020E0">
      <w:pPr>
        <w:spacing w:before="240"/>
        <w:rPr>
          <w:sz w:val="24"/>
          <w:szCs w:val="24"/>
        </w:rPr>
      </w:pPr>
      <w:r w:rsidRPr="007020E0">
        <w:rPr>
          <w:sz w:val="24"/>
          <w:szCs w:val="24"/>
        </w:rPr>
        <w:t>Don’t count an open-door policy as influence simply because the door is open.</w:t>
      </w:r>
    </w:p>
    <w:p w14:paraId="2D88D3FF" w14:textId="77777777" w:rsidR="00C27A39" w:rsidRPr="007020E0" w:rsidRDefault="00000000" w:rsidP="007020E0">
      <w:pPr>
        <w:spacing w:before="240"/>
        <w:rPr>
          <w:sz w:val="24"/>
          <w:szCs w:val="24"/>
        </w:rPr>
      </w:pPr>
      <w:r w:rsidRPr="007020E0">
        <w:rPr>
          <w:sz w:val="24"/>
          <w:szCs w:val="24"/>
        </w:rPr>
        <w:t>Look at what happened.</w:t>
      </w:r>
    </w:p>
    <w:p w14:paraId="7539ACC2" w14:textId="77777777" w:rsidR="00C27A39" w:rsidRPr="007020E0" w:rsidRDefault="00000000" w:rsidP="007020E0">
      <w:pPr>
        <w:spacing w:before="240" w:after="60"/>
        <w:ind w:left="259"/>
        <w:rPr>
          <w:sz w:val="24"/>
          <w:szCs w:val="24"/>
        </w:rPr>
      </w:pPr>
      <w:r w:rsidRPr="007020E0">
        <w:rPr>
          <w:b/>
          <w:sz w:val="24"/>
          <w:szCs w:val="24"/>
        </w:rPr>
        <w:t>• Who listened?</w:t>
      </w:r>
    </w:p>
    <w:p w14:paraId="40A5877C" w14:textId="77777777" w:rsidR="00C27A39" w:rsidRPr="007020E0" w:rsidRDefault="00000000" w:rsidP="007020E0">
      <w:pPr>
        <w:spacing w:before="240" w:after="60"/>
        <w:ind w:left="259"/>
        <w:rPr>
          <w:sz w:val="24"/>
          <w:szCs w:val="24"/>
        </w:rPr>
      </w:pPr>
      <w:r w:rsidRPr="007020E0">
        <w:rPr>
          <w:b/>
          <w:sz w:val="24"/>
          <w:szCs w:val="24"/>
        </w:rPr>
        <w:t>• What changed?</w:t>
      </w:r>
    </w:p>
    <w:p w14:paraId="294B8760" w14:textId="77777777" w:rsidR="00C27A39" w:rsidRPr="007020E0" w:rsidRDefault="00000000" w:rsidP="007020E0">
      <w:pPr>
        <w:spacing w:before="240" w:after="60"/>
        <w:ind w:left="259"/>
        <w:rPr>
          <w:sz w:val="24"/>
          <w:szCs w:val="24"/>
        </w:rPr>
      </w:pPr>
      <w:r w:rsidRPr="007020E0">
        <w:rPr>
          <w:b/>
          <w:sz w:val="24"/>
          <w:szCs w:val="24"/>
        </w:rPr>
        <w:t>• Did your SG have something to do with the change?</w:t>
      </w:r>
    </w:p>
    <w:p w14:paraId="519533DB" w14:textId="77777777" w:rsidR="00C27A39" w:rsidRPr="007020E0" w:rsidRDefault="00000000" w:rsidP="007020E0">
      <w:pPr>
        <w:spacing w:before="240" w:after="60"/>
        <w:ind w:left="259"/>
        <w:rPr>
          <w:sz w:val="24"/>
          <w:szCs w:val="24"/>
        </w:rPr>
      </w:pPr>
      <w:r w:rsidRPr="007020E0">
        <w:rPr>
          <w:b/>
          <w:sz w:val="24"/>
          <w:szCs w:val="24"/>
        </w:rPr>
        <w:t>• Can you prove it?</w:t>
      </w:r>
    </w:p>
    <w:p w14:paraId="63F34B6C" w14:textId="77777777" w:rsidR="00C27A39" w:rsidRPr="007020E0" w:rsidRDefault="00000000" w:rsidP="007020E0">
      <w:pPr>
        <w:spacing w:before="240"/>
        <w:rPr>
          <w:sz w:val="24"/>
          <w:szCs w:val="24"/>
        </w:rPr>
      </w:pPr>
      <w:r w:rsidRPr="007020E0">
        <w:rPr>
          <w:b/>
          <w:sz w:val="24"/>
          <w:szCs w:val="24"/>
        </w:rPr>
        <w:t>That is how you begin to measure your SG’s real impact.</w:t>
      </w:r>
    </w:p>
    <w:p w14:paraId="07A15989" w14:textId="77777777" w:rsidR="00C27A39" w:rsidRPr="007020E0" w:rsidRDefault="00000000" w:rsidP="007020E0">
      <w:pPr>
        <w:pStyle w:val="Heading1"/>
        <w:spacing w:before="240"/>
        <w:jc w:val="center"/>
        <w:rPr>
          <w:sz w:val="56"/>
          <w:szCs w:val="56"/>
        </w:rPr>
      </w:pPr>
      <w:r w:rsidRPr="007020E0">
        <w:rPr>
          <w:sz w:val="56"/>
          <w:szCs w:val="56"/>
        </w:rPr>
        <w:lastRenderedPageBreak/>
        <w:t>WANT TO GO FURTHER?</w:t>
      </w:r>
    </w:p>
    <w:p w14:paraId="53F49471" w14:textId="19321253" w:rsidR="00C27A39" w:rsidRPr="007020E0" w:rsidRDefault="00000000" w:rsidP="007020E0">
      <w:pPr>
        <w:spacing w:before="240"/>
        <w:rPr>
          <w:sz w:val="24"/>
          <w:szCs w:val="24"/>
        </w:rPr>
      </w:pPr>
      <w:r w:rsidRPr="007020E0">
        <w:rPr>
          <w:sz w:val="24"/>
          <w:szCs w:val="24"/>
        </w:rPr>
        <w:t>Take the Quick Influence Check for a fast snapshot</w:t>
      </w:r>
      <w:r w:rsidR="007020E0">
        <w:rPr>
          <w:sz w:val="24"/>
          <w:szCs w:val="24"/>
        </w:rPr>
        <w:t xml:space="preserve"> </w:t>
      </w:r>
      <w:r w:rsidRPr="007020E0">
        <w:rPr>
          <w:sz w:val="24"/>
          <w:szCs w:val="24"/>
        </w:rPr>
        <w:t>or go deeper with the Enhanced 54-Point Influence Assessment.</w:t>
      </w:r>
    </w:p>
    <w:p w14:paraId="68EF8B50" w14:textId="17C2E65E" w:rsidR="00C27A39" w:rsidRPr="007020E0" w:rsidRDefault="00000000" w:rsidP="007020E0">
      <w:pPr>
        <w:spacing w:before="240"/>
        <w:rPr>
          <w:sz w:val="24"/>
          <w:szCs w:val="24"/>
        </w:rPr>
      </w:pPr>
      <w:r w:rsidRPr="007020E0">
        <w:rPr>
          <w:b/>
          <w:sz w:val="24"/>
          <w:szCs w:val="24"/>
        </w:rPr>
        <w:t>Quick Influence Check →</w:t>
      </w:r>
      <w:r w:rsidR="007020E0">
        <w:rPr>
          <w:b/>
          <w:sz w:val="24"/>
          <w:szCs w:val="24"/>
        </w:rPr>
        <w:t xml:space="preserve"> </w:t>
      </w:r>
      <w:r w:rsidR="007020E0" w:rsidRPr="007020E0">
        <w:rPr>
          <w:b/>
          <w:sz w:val="24"/>
          <w:szCs w:val="24"/>
        </w:rPr>
        <w:t>https://www.asgaonline.com/asga/articles/quick-influence-check-1405</w:t>
      </w:r>
    </w:p>
    <w:p w14:paraId="48C07B37" w14:textId="263086CE" w:rsidR="00C27A39" w:rsidRPr="007020E0" w:rsidRDefault="00000000" w:rsidP="007020E0">
      <w:pPr>
        <w:spacing w:before="240"/>
        <w:rPr>
          <w:sz w:val="24"/>
          <w:szCs w:val="24"/>
        </w:rPr>
      </w:pPr>
      <w:r w:rsidRPr="007020E0">
        <w:rPr>
          <w:b/>
          <w:sz w:val="24"/>
          <w:szCs w:val="24"/>
        </w:rPr>
        <w:t>Enhanced 54-Point Assessment →</w:t>
      </w:r>
      <w:r w:rsidR="007020E0">
        <w:rPr>
          <w:b/>
          <w:sz w:val="24"/>
          <w:szCs w:val="24"/>
        </w:rPr>
        <w:t xml:space="preserve"> </w:t>
      </w:r>
      <w:r w:rsidR="007020E0" w:rsidRPr="007020E0">
        <w:rPr>
          <w:b/>
          <w:sz w:val="24"/>
          <w:szCs w:val="24"/>
        </w:rPr>
        <w:t>https://www.asgaonline.com/asga/articles/grade-your-sgs-influence-1386</w:t>
      </w:r>
    </w:p>
    <w:p w14:paraId="1B43D030" w14:textId="77777777" w:rsidR="00C27A39" w:rsidRDefault="00C27A39"/>
    <w:p w14:paraId="139687CC" w14:textId="77777777" w:rsidR="00C27A39" w:rsidRDefault="00000000">
      <w:pPr>
        <w:jc w:val="center"/>
      </w:pPr>
      <w:r>
        <w:rPr>
          <w:b/>
          <w:sz w:val="18"/>
        </w:rPr>
        <w:t>American Student Government Association</w:t>
      </w:r>
    </w:p>
    <w:p w14:paraId="10E46618" w14:textId="77777777" w:rsidR="00C27A39" w:rsidRDefault="00000000">
      <w:pPr>
        <w:jc w:val="center"/>
      </w:pPr>
      <w:r>
        <w:rPr>
          <w:sz w:val="18"/>
        </w:rPr>
        <w:t>www.asgahome.com</w:t>
      </w:r>
    </w:p>
    <w:sectPr w:rsidR="00C27A39" w:rsidSect="00034616">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AA6D" w14:textId="77777777" w:rsidR="00767A66" w:rsidRDefault="00767A66" w:rsidP="007020E0">
      <w:pPr>
        <w:spacing w:after="0" w:line="240" w:lineRule="auto"/>
      </w:pPr>
      <w:r>
        <w:separator/>
      </w:r>
    </w:p>
  </w:endnote>
  <w:endnote w:type="continuationSeparator" w:id="0">
    <w:p w14:paraId="01762952" w14:textId="77777777" w:rsidR="00767A66" w:rsidRDefault="00767A66" w:rsidP="00702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70FC" w14:textId="77777777" w:rsidR="007020E0" w:rsidRDefault="007020E0">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84CB1F3" w14:textId="77777777" w:rsidR="007020E0" w:rsidRDefault="00702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CD90" w14:textId="77777777" w:rsidR="00767A66" w:rsidRDefault="00767A66" w:rsidP="007020E0">
      <w:pPr>
        <w:spacing w:after="0" w:line="240" w:lineRule="auto"/>
      </w:pPr>
      <w:r>
        <w:separator/>
      </w:r>
    </w:p>
  </w:footnote>
  <w:footnote w:type="continuationSeparator" w:id="0">
    <w:p w14:paraId="3A23C8AF" w14:textId="77777777" w:rsidR="00767A66" w:rsidRDefault="00767A66" w:rsidP="00702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0186781">
    <w:abstractNumId w:val="8"/>
  </w:num>
  <w:num w:numId="2" w16cid:durableId="1206020128">
    <w:abstractNumId w:val="6"/>
  </w:num>
  <w:num w:numId="3" w16cid:durableId="254366999">
    <w:abstractNumId w:val="5"/>
  </w:num>
  <w:num w:numId="4" w16cid:durableId="1786149963">
    <w:abstractNumId w:val="4"/>
  </w:num>
  <w:num w:numId="5" w16cid:durableId="2025857094">
    <w:abstractNumId w:val="7"/>
  </w:num>
  <w:num w:numId="6" w16cid:durableId="673798241">
    <w:abstractNumId w:val="3"/>
  </w:num>
  <w:num w:numId="7" w16cid:durableId="36972470">
    <w:abstractNumId w:val="2"/>
  </w:num>
  <w:num w:numId="8" w16cid:durableId="482770680">
    <w:abstractNumId w:val="1"/>
  </w:num>
  <w:num w:numId="9" w16cid:durableId="1561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020E0"/>
    <w:rsid w:val="00767A66"/>
    <w:rsid w:val="00AA1D8D"/>
    <w:rsid w:val="00B47730"/>
    <w:rsid w:val="00C27A39"/>
    <w:rsid w:val="00CB0664"/>
    <w:rsid w:val="00E76610"/>
    <w:rsid w:val="00E908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CA3339"/>
  <w14:defaultImageDpi w14:val="300"/>
  <w15:docId w15:val="{7C8D8F60-A314-4C60-8BEB-0FBE8296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7365D" w:themeColor="text2" w:themeShade="B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Butch Oxendine</cp:lastModifiedBy>
  <cp:revision>2</cp:revision>
  <dcterms:created xsi:type="dcterms:W3CDTF">2026-08-31T21:05:00Z</dcterms:created>
  <dcterms:modified xsi:type="dcterms:W3CDTF">2026-08-31T21:05:00Z</dcterms:modified>
  <cp:category/>
</cp:coreProperties>
</file>